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ZUSTIMMUNGSERKLÄRUNG FÜR ERBSCHEIN</w:t>
      </w:r>
    </w:p>
    <w:p/>
    <w:p>
      <w:r>
        <w:rPr>
          <w:b/>
          <w:sz w:val="20"/>
        </w:rPr>
        <w:t>Angaben der zustimmenden Person:</w:t>
      </w:r>
    </w:p>
    <w:p>
      <w:r>
        <w:rPr>
          <w:b w:val="0"/>
          <w:sz w:val="20"/>
        </w:rPr>
        <w:t>Vor- und Nachname : ___________________________________________________</w:t>
      </w:r>
    </w:p>
    <w:p>
      <w:r>
        <w:rPr>
          <w:b w:val="0"/>
          <w:sz w:val="20"/>
        </w:rPr>
        <w:t>Geburtsdatum : _______________________________________________________</w:t>
      </w:r>
    </w:p>
    <w:p>
      <w:r>
        <w:rPr>
          <w:b w:val="0"/>
          <w:sz w:val="20"/>
        </w:rPr>
        <w:t>Anschrift : __________________________________________________________</w:t>
      </w:r>
    </w:p>
    <w:p>
      <w:r>
        <w:rPr>
          <w:b w:val="0"/>
          <w:sz w:val="20"/>
        </w:rPr>
        <w:t>Telefonnummer : ______________________________________________________</w:t>
      </w:r>
    </w:p>
    <w:p/>
    <w:p>
      <w:r>
        <w:rPr>
          <w:b/>
          <w:sz w:val="20"/>
        </w:rPr>
        <w:t>Angaben zum Erblasser:</w:t>
      </w:r>
    </w:p>
    <w:p>
      <w:r>
        <w:rPr>
          <w:b w:val="0"/>
          <w:sz w:val="20"/>
        </w:rPr>
        <w:t>Vor- und Nachname : ___________________________________________________</w:t>
      </w:r>
    </w:p>
    <w:p>
      <w:r>
        <w:rPr>
          <w:b w:val="0"/>
          <w:sz w:val="20"/>
        </w:rPr>
        <w:t>Geburtsdatum : _______________________________________________________</w:t>
      </w:r>
    </w:p>
    <w:p>
      <w:r>
        <w:rPr>
          <w:b w:val="0"/>
          <w:sz w:val="20"/>
        </w:rPr>
        <w:t>Sterbedatum : ________________________________________________________</w:t>
      </w:r>
    </w:p>
    <w:p>
      <w:r>
        <w:rPr>
          <w:b w:val="0"/>
          <w:sz w:val="20"/>
        </w:rPr>
        <w:t>Letzter Wohnort : _____________________________________________________</w:t>
      </w:r>
    </w:p>
    <w:p/>
    <w:p>
      <w:r>
        <w:rPr>
          <w:b/>
          <w:sz w:val="20"/>
        </w:rPr>
        <w:t>Angaben zum Erbschein:</w:t>
      </w:r>
    </w:p>
    <w:p>
      <w:r>
        <w:rPr>
          <w:b w:val="0"/>
          <w:sz w:val="20"/>
        </w:rPr>
        <w:t>Aktenzeichen : _______________________________________________________</w:t>
      </w:r>
    </w:p>
    <w:p>
      <w:r>
        <w:rPr>
          <w:b w:val="0"/>
          <w:sz w:val="20"/>
        </w:rPr>
        <w:t>Ausstellendes Nachlassgericht : _______________________________________</w:t>
      </w:r>
    </w:p>
    <w:p>
      <w:r>
        <w:rPr>
          <w:b w:val="0"/>
          <w:sz w:val="20"/>
        </w:rPr>
        <w:t>Datum der Antragstellung : _____________________________________________</w:t>
      </w:r>
    </w:p>
    <w:p/>
    <w:p>
      <w:r>
        <w:rPr>
          <w:b/>
          <w:sz w:val="20"/>
        </w:rPr>
        <w:t>Zustimmungserklärung:</w:t>
      </w:r>
    </w:p>
    <w:p>
      <w:r>
        <w:rPr>
          <w:b w:val="0"/>
          <w:sz w:val="20"/>
        </w:rPr>
        <w:t>Hiermit erkläre ich, die unterzeichnende Person, meine ausdrückliche Zustimmung zur Beantragung und Ausstellung des Erbscheins für den oben genannten Erblasser durch den Antragsteller. Ich bestätige, über die Erbfolge informiert zu sein und keine Einwände gegen die Erteilung des Erbscheins zu erheben.</w:t>
      </w:r>
    </w:p>
    <w:p/>
    <w:p>
      <w:r>
        <w:rPr>
          <w:b w:val="0"/>
          <w:sz w:val="20"/>
        </w:rPr>
        <w:t>Mir ist bekannt, dass die Erteilung des Erbscheins Auswirkungen auf meine Erbansprüche haben kann und ich auf mein Widerspruchsrecht hingewiesen wurde.</w:t>
      </w:r>
    </w:p>
    <w:p/>
    <w:p/>
    <w:p>
      <w:r>
        <w:rPr>
          <w:b w:val="0"/>
          <w:sz w:val="20"/>
        </w:rPr>
        <w:t>Ort : ________________________________________________________________</w:t>
      </w:r>
    </w:p>
    <w:p>
      <w:r>
        <w:rPr>
          <w:b w:val="0"/>
          <w:sz w:val="20"/>
        </w:rPr>
        <w:t>Datum : ______________________________________________________________</w:t>
      </w:r>
    </w:p>
    <w:p/>
    <w:p/>
    <w:tbl>
      <w:tblPr>
        <w:tblW w:type="auto" w:w="0"/>
        <w:tblLayout w:type="autofit"/>
        <w:tblLook w:firstColumn="1" w:firstRow="1" w:lastColumn="0" w:lastRow="0" w:noHBand="0" w:noVBand="1" w:val="04A0"/>
      </w:tblPr>
      <w:tblGrid>
        <w:gridCol w:w="9972"/>
      </w:tblGrid>
      <w:tr>
        <w:tc>
          <w:tcPr>
            <w:tcW w:type="dxa" w:w="9972"/>
            <w:tcBorders>
              <w:top w:val="nil"/>
              <w:left w:val="nil"/>
              <w:bottom w:val="nil"/>
              <w:right w:val="nil"/>
              <w:insideH w:val="nil"/>
              <w:insideV w:val="nil"/>
            </w:tcBorders>
          </w:tcPr>
          <w:p>
            <w:pPr>
              <w:jc w:val="center"/>
            </w:pPr>
            <w:r>
              <w:t>Zustimmende Person</w:t>
            </w:r>
          </w:p>
        </w:tc>
      </w:tr>
      <w:tr>
        <w:tc>
          <w:tcPr>
            <w:tcW w:type="dxa" w:w="9972"/>
            <w:tcBorders>
              <w:top w:val="nil"/>
              <w:left w:val="nil"/>
              <w:bottom w:val="nil"/>
              <w:right w:val="nil"/>
              <w:insideH w:val="nil"/>
              <w:insideV w:val="nil"/>
            </w:tcBorders>
          </w:tcPr>
          <w:p>
            <w:pPr>
              <w:jc w:val="center"/>
            </w:pPr>
            <w:r>
              <w:br/>
              <w:br/>
              <w:t>Unterschrift : _________________________</w:t>
            </w:r>
          </w:p>
        </w:tc>
      </w:tr>
    </w:tbl>
    <w:p>
      <w:r>
        <w:br w:type="page"/>
      </w:r>
    </w:p>
    <w:p>
      <w:pPr>
        <w:jc w:val="center"/>
      </w:pPr>
      <w:r>
        <w:rPr>
          <w:color w:val="555555"/>
          <w:sz w:val="24"/>
        </w:rPr>
        <w:t>Originalquelle dieses Dokuments:</w:t>
      </w:r>
    </w:p>
    <w:p>
      <w:pPr>
        <w:jc w:val="center"/>
      </w:pPr>
      <w:hyperlink r:id="rId9">
        <w:r>
          <w:rPr>
            <w:color w:val="0000FF"/>
            <w:u w:val="single"/>
          </w:rPr>
          <w:t>https://dokumentklar.com/zustimmungserklarung-erbschein-muster/</w:t>
        </w:r>
      </w:hyperlink>
    </w:p>
    <w:p>
      <w:pPr>
        <w:jc w:val="center"/>
      </w:pPr>
      <w:r>
        <w:rPr>
          <w:color w:val="555555"/>
          <w:sz w:val="26"/>
        </w:rPr>
        <w:t>War diese Vorlage für Sie hilfreich?</w:t>
      </w:r>
    </w:p>
    <w:p>
      <w:pPr>
        <w:jc w:val="center"/>
      </w:pPr>
      <w:r>
        <w:rPr>
          <w:color w:val="555555"/>
          <w:sz w:val="26"/>
        </w:rPr>
        <w:t>Weitere aktuelle Vorlagen finden Sie unter:</w:t>
      </w:r>
    </w:p>
    <w:p>
      <w:pPr>
        <w:jc w:val="center"/>
      </w:pPr>
      <w:hyperlink r:id="rId10">
        <w:r>
          <w:rPr>
            <w:color w:val="0000FF"/>
            <w:u w:val="single"/>
          </w:rPr>
          <w:t>https://dokumentklar.com</w:t>
        </w:r>
      </w:hyperlink>
    </w:p>
    <w:p>
      <w:pPr>
        <w:jc w:val="center"/>
      </w:pPr>
      <w:r>
        <w:rPr>
          <w:color w:val="808080"/>
          <w:sz w:val="20"/>
        </w:rPr>
        <w:t>Diese Vorlage ist ausschließlich für den persönlichen, nicht kommerziellen Gebrauch bestimmt.</w:t>
        <w:br/>
        <w:t>Bei Weitergabe oder Veröffentlichung ist die Nennung der Quelle verpflichtend. © dokumentklar.com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kumentklar.com/zustimmungserklarung-erbschein-muster/" TargetMode="External"/><Relationship Id="rId10" Type="http://schemas.openxmlformats.org/officeDocument/2006/relationships/hyperlink" Target="https://dokumentkla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