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ZUR RÜCKZIEHUNG EINER WOHNUNGSKÜNDIGUNG</w:t>
      </w:r>
    </w:p>
    <w:p/>
    <w:p>
      <w:r>
        <w:rPr>
          <w:b/>
          <w:sz w:val="20"/>
        </w:rPr>
        <w:t>Absender (Mieter)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Straße, Hausnummer : ______________________________________________</w:t>
      </w:r>
    </w:p>
    <w:p>
      <w:r>
        <w:rPr>
          <w:b w:val="0"/>
          <w:sz w:val="20"/>
        </w:rPr>
        <w:t>PLZ, Ort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 / Firma : ____________________________________________________</w:t>
      </w:r>
    </w:p>
    <w:p>
      <w:r>
        <w:rPr>
          <w:b w:val="0"/>
          <w:sz w:val="20"/>
        </w:rPr>
        <w:t>Straße, Hausnummer : ______________________________________________</w:t>
      </w:r>
    </w:p>
    <w:p>
      <w:r>
        <w:rPr>
          <w:b w:val="0"/>
          <w:sz w:val="20"/>
        </w:rPr>
        <w:t>PLZ, Ort : ________________________________________________________</w:t>
      </w:r>
    </w:p>
    <w:p/>
    <w:p>
      <w:r>
        <w:rPr>
          <w:b/>
          <w:sz w:val="20"/>
        </w:rPr>
        <w:t>Betreff: Rücknahme meiner Wohnungskündigung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nehme ich meine Kündigung des Mietvertrags für die Wohnung</w:t>
      </w:r>
    </w:p>
    <w:p>
      <w:r>
        <w:rPr>
          <w:b/>
          <w:sz w:val="20"/>
        </w:rPr>
        <w:t>unter folgender Adresse zurück: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 w:val="0"/>
          <w:sz w:val="20"/>
        </w:rPr>
        <w:t>Diese Rücknahme erfolgt ausschließlich, sofern Sie dieser zustimmen.</w:t>
      </w:r>
    </w:p>
    <w:p>
      <w:r>
        <w:rPr>
          <w:b w:val="0"/>
          <w:sz w:val="20"/>
        </w:rPr>
        <w:t>Bitte bestätigen Sie mir schriftlich die Annahme der Rücknahme.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Unterschrift Mieter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https://dokumentklar.com/wohnungskundigung-zuruckziehen-vorlage/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ohnungskundigung-zuruckziehen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