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WING TSUN TRAININGSVERTRAGS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der Schule/Trainer : 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 w:val="0"/>
          <w:sz w:val="20"/>
        </w:rPr>
        <w:t>Hiermit kündige ich meinen Vertrag für das Wing Tsun Training fristgerecht zum nächstmöglichen Zeitpunkt.</w:t>
      </w:r>
    </w:p>
    <w:p/>
    <w:p>
      <w:r>
        <w:rPr>
          <w:b w:val="0"/>
          <w:sz w:val="20"/>
        </w:rPr>
        <w:t>Grund der Kündigung (optional) : 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 w:val="0"/>
          <w:sz w:val="20"/>
        </w:rPr>
        <w:t>Alle von der Schule erhaltenen Trainingsmaterialien und Ausrüstungen werden bis zum Vertragsende zurückgegeben.</w:t>
      </w:r>
    </w:p>
    <w:p/>
    <w:p>
      <w:r>
        <w:rPr>
          <w:b w:val="0"/>
          <w:sz w:val="20"/>
        </w:rPr>
        <w:t>Bitte bestätigen Sie mir schriftlich den Erhalt dieser Kündigung und das Vertragsende.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p/>
    <w:p>
      <w:r>
        <w:rPr>
          <w:b w:val="0"/>
          <w:sz w:val="20"/>
        </w:rPr>
        <w:t>Unterschrift 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Kündigender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https://dokumentklar.com/wing-tsun-kundigung-vorlage/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wing-tsun-kundigung-vorlage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