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WILLENSERKLÄRUNG ZUR KÜNDIGUNG EINER VERSICHERUNG</w:t>
      </w:r>
    </w:p>
    <w:p/>
    <w:p>
      <w:r>
        <w:rPr>
          <w:b/>
          <w:sz w:val="20"/>
        </w:rPr>
        <w:t>Versicherungsnehmer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Versicherungsnummer : _________________________________________________</w:t>
      </w:r>
    </w:p>
    <w:p/>
    <w:p>
      <w:r>
        <w:rPr>
          <w:b/>
          <w:sz w:val="20"/>
        </w:rPr>
        <w:t>Empfänger (Versicherungsgesellschaft) :</w:t>
      </w:r>
    </w:p>
    <w:p>
      <w:r>
        <w:rPr>
          <w:b w:val="0"/>
          <w:sz w:val="20"/>
        </w:rPr>
        <w:t>Name der Gesellschaft : 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 w:val="0"/>
          <w:sz w:val="20"/>
        </w:rPr>
        <w:t>Hiermit kündige ich die oben genannte Versicherung fristgerecht und ordentlich zum nächstmöglichen Zeitpunkt.</w:t>
      </w:r>
    </w:p>
    <w:p/>
    <w:p>
      <w:r>
        <w:rPr>
          <w:b w:val="0"/>
          <w:sz w:val="20"/>
        </w:rPr>
        <w:t>Bitte bestätigen Sie mir schriftlich den Erhalt dieser Kündigung und das Datum der Vertragsbeendigung.</w:t>
      </w:r>
    </w:p>
    <w:p/>
    <w:p>
      <w:r>
        <w:rPr>
          <w:b w:val="0"/>
          <w:sz w:val="20"/>
        </w:rPr>
        <w:t>Ich bitte darum, keine weiteren Beiträge mehr einzuziehen und die Police nach Ablauf der Kündigungsfrist zu beenden.</w:t>
      </w:r>
    </w:p>
    <w:p/>
    <w:p/>
    <w:p>
      <w:r>
        <w:rPr>
          <w:b/>
          <w:sz w:val="20"/>
        </w:rPr>
        <w:t>Für Rückfragen stehe ich unter folgendem Kontakt zur Verfügung :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_____________________________________________________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>
      <w:r>
        <w:rPr>
          <w:b w:val="0"/>
          <w:sz w:val="20"/>
        </w:rPr>
        <w:t>Unterschrift :</w:t>
      </w:r>
    </w:p>
    <w:p>
      <w:r>
        <w:rPr>
          <w:b w:val="0"/>
          <w:sz w:val="20"/>
        </w:rPr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VERSICHERUNGSGESELLSCHAFT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https://dokumentklar.com/willenserklarung-kundigung-versicherung-muster/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illenserklarung-kundigung-versicherung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