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WARTUNGSPLAN FÜR KRAFTFAHRZEUG</w:t>
      </w:r>
    </w:p>
    <w:p/>
    <w:p>
      <w:r>
        <w:rPr>
          <w:b/>
          <w:sz w:val="20"/>
        </w:rPr>
        <w:t>Fahrzeugdaten :</w:t>
      </w:r>
    </w:p>
    <w:p>
      <w:r>
        <w:rPr>
          <w:b w:val="0"/>
          <w:sz w:val="20"/>
        </w:rPr>
        <w:t>Hersteller / Modell : ________________________________________________</w:t>
      </w:r>
    </w:p>
    <w:p>
      <w:r>
        <w:rPr>
          <w:b w:val="0"/>
          <w:sz w:val="20"/>
        </w:rPr>
        <w:t>Fahrzeug-Identifikationsnummer (FIN) : ______________________________</w:t>
      </w:r>
    </w:p>
    <w:p>
      <w:r>
        <w:rPr>
          <w:b w:val="0"/>
          <w:sz w:val="20"/>
        </w:rPr>
        <w:t>Kennzeichen : _____________________________________________________</w:t>
      </w:r>
    </w:p>
    <w:p>
      <w:r>
        <w:rPr>
          <w:b w:val="0"/>
          <w:sz w:val="20"/>
        </w:rPr>
        <w:t>Baujahr : _________________________________________________________</w:t>
      </w:r>
    </w:p>
    <w:p>
      <w:r>
        <w:rPr>
          <w:b w:val="0"/>
          <w:sz w:val="20"/>
        </w:rPr>
        <w:t>Kilometerstand : _________________________________________________</w:t>
      </w:r>
    </w:p>
    <w:p/>
    <w:p>
      <w:r>
        <w:rPr>
          <w:b/>
          <w:sz w:val="20"/>
        </w:rPr>
        <w:t>Angaben des Fahrzeughalters 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Wartungsintervalle :</w:t>
      </w:r>
    </w:p>
    <w:p>
      <w:r>
        <w:rPr>
          <w:b w:val="0"/>
          <w:sz w:val="20"/>
        </w:rPr>
        <w:t>Ölwechsel : alle _________________ km oder alle _________________ Monate</w:t>
      </w:r>
    </w:p>
    <w:p>
      <w:r>
        <w:rPr>
          <w:b w:val="0"/>
          <w:sz w:val="20"/>
        </w:rPr>
        <w:t>Inspektion : alle _________________ km oder alle _________________ Monate</w:t>
      </w:r>
    </w:p>
    <w:p>
      <w:r>
        <w:rPr>
          <w:b w:val="0"/>
          <w:sz w:val="20"/>
        </w:rPr>
        <w:t>Bremsenprüfung : alle _________________ km oder alle _________________ Monate</w:t>
      </w:r>
    </w:p>
    <w:p>
      <w:r>
        <w:rPr>
          <w:b w:val="0"/>
          <w:sz w:val="20"/>
        </w:rPr>
        <w:t>Reifenwechsel / -kontrolle : alle _________________ km oder alle _________________ Monate</w:t>
      </w:r>
    </w:p>
    <w:p>
      <w:r>
        <w:rPr>
          <w:b w:val="0"/>
          <w:sz w:val="20"/>
        </w:rPr>
        <w:t>Sonstige Wartungen : _______________________________________________</w:t>
      </w:r>
    </w:p>
    <w:p/>
    <w:p>
      <w:r>
        <w:rPr>
          <w:b/>
          <w:sz w:val="20"/>
        </w:rPr>
        <w:t>Wartungsprotokoll 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Datum</w:t>
            </w:r>
          </w:p>
        </w:tc>
        <w:tc>
          <w:tcPr>
            <w:tcW w:type="dxa" w:w="2493"/>
          </w:tcPr>
          <w:p>
            <w:r>
              <w:t>Kilometerstand</w:t>
            </w:r>
          </w:p>
        </w:tc>
        <w:tc>
          <w:tcPr>
            <w:tcW w:type="dxa" w:w="2493"/>
          </w:tcPr>
          <w:p>
            <w:r>
              <w:t>Durchgeführte Arbeiten</w:t>
            </w:r>
          </w:p>
        </w:tc>
        <w:tc>
          <w:tcPr>
            <w:tcW w:type="dxa" w:w="2493"/>
          </w:tcPr>
          <w:p>
            <w:r>
              <w:t>Unterschrift Werkstatt / Halter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</w:tbl>
    <w:p/>
    <w:p>
      <w:r>
        <w:rPr>
          <w:b/>
          <w:sz w:val="20"/>
        </w:rPr>
        <w:t>§ 1 – Allgemeine Wartungspflichten</w:t>
      </w:r>
    </w:p>
    <w:p>
      <w:r>
        <w:rPr>
          <w:b w:val="0"/>
          <w:sz w:val="20"/>
        </w:rPr>
        <w:t>Der Fahrzeughalter verpflichtet sich, die im Wartungsplan genannten Intervalle einzuhalten und dokumentierte Wartungen regelmäßig durchführen zu lassen.</w:t>
      </w:r>
    </w:p>
    <w:p/>
    <w:p>
      <w:r>
        <w:rPr>
          <w:b/>
          <w:sz w:val="20"/>
        </w:rPr>
        <w:t>§ 2 – Haftung bei Nicht-Einhaltung</w:t>
      </w:r>
    </w:p>
    <w:p>
      <w:r>
        <w:rPr>
          <w:b w:val="0"/>
          <w:sz w:val="20"/>
        </w:rPr>
        <w:t>Bei Nichteinhaltung der Wartungsintervalle können Gewährleistungsansprüche und Haftungsansprüche ausgeschlossen oder reduziert werden.</w:t>
      </w:r>
    </w:p>
    <w:p/>
    <w:p>
      <w:r>
        <w:rPr>
          <w:b/>
          <w:sz w:val="20"/>
        </w:rPr>
        <w:t>§ 3 – Dokumentation und Nachweis</w:t>
      </w:r>
    </w:p>
    <w:p>
      <w:r>
        <w:rPr>
          <w:b w:val="0"/>
          <w:sz w:val="20"/>
        </w:rPr>
        <w:t>Alle Wartungsarbeiten sind zeitnah und vollständig im Wartungsprotokoll zu dokumentieren. Dieses ist Bestandteil der Fahrzeughistorie.</w:t>
      </w:r>
    </w:p>
    <w:p/>
    <w:p>
      <w:r>
        <w:rPr>
          <w:b/>
          <w:sz w:val="20"/>
        </w:rPr>
        <w:t>§ 4 – Sonstige Vereinbarungen</w:t>
      </w:r>
    </w:p>
    <w:p>
      <w:r>
        <w:rPr>
          <w:b w:val="0"/>
          <w:sz w:val="20"/>
        </w:rPr>
        <w:t>Zusätzliche Wartungen oder Reparaturen sind gesondert zu vereinbaren und schriftlich festzuhalten.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Fahrzeughalter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Werkstatt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https://dokumentklar.com/wartungsplan-kfz-download/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artungsplan-kfz-download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