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WAGENLISTE VORDRUCK</w:t>
      </w:r>
    </w:p>
    <w:p/>
    <w:p>
      <w:r>
        <w:rPr>
          <w:b/>
          <w:sz w:val="20"/>
        </w:rPr>
        <w:t>Allgemeine Angaben</w:t>
      </w:r>
    </w:p>
    <w:p>
      <w:r>
        <w:rPr>
          <w:b w:val="0"/>
          <w:sz w:val="20"/>
        </w:rPr>
        <w:t>Fahrzeughalter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____________________________________________________________</w:t>
      </w:r>
    </w:p>
    <w:p/>
    <w:p>
      <w:r>
        <w:rPr>
          <w:b/>
          <w:sz w:val="20"/>
        </w:rPr>
        <w:t>Angaben zum Fahrzeug</w:t>
      </w:r>
    </w:p>
    <w:p>
      <w:r>
        <w:rPr>
          <w:b w:val="0"/>
          <w:sz w:val="20"/>
        </w:rPr>
        <w:t>Hersteller / Marke : _______________________________________________________</w:t>
      </w:r>
    </w:p>
    <w:p>
      <w:r>
        <w:rPr>
          <w:b w:val="0"/>
          <w:sz w:val="20"/>
        </w:rPr>
        <w:t>Modell : _________________________________________________________________</w:t>
      </w:r>
    </w:p>
    <w:p>
      <w:r>
        <w:rPr>
          <w:b w:val="0"/>
          <w:sz w:val="20"/>
        </w:rPr>
        <w:t>Fahrzeug-Identifizierungsnummer (FIN) : ____________________________________</w:t>
      </w:r>
    </w:p>
    <w:p>
      <w:r>
        <w:rPr>
          <w:b w:val="0"/>
          <w:sz w:val="20"/>
        </w:rPr>
        <w:t>Amtliches Kennzeichen : ___________________________________________________</w:t>
      </w:r>
    </w:p>
    <w:p>
      <w:r>
        <w:rPr>
          <w:b w:val="0"/>
          <w:sz w:val="20"/>
        </w:rPr>
        <w:t>Erstzulassung : ___________________________________________________________</w:t>
      </w:r>
    </w:p>
    <w:p>
      <w:r>
        <w:rPr>
          <w:b w:val="0"/>
          <w:sz w:val="20"/>
        </w:rPr>
        <w:t>Fahrzeugklasse : __________________________________________________________</w:t>
      </w:r>
    </w:p>
    <w:p>
      <w:r>
        <w:rPr>
          <w:b w:val="0"/>
          <w:sz w:val="20"/>
        </w:rPr>
        <w:t>Hubraum (ccm) : __________________________________________________________</w:t>
      </w:r>
    </w:p>
    <w:p>
      <w:r>
        <w:rPr>
          <w:b w:val="0"/>
          <w:sz w:val="20"/>
        </w:rPr>
        <w:t>Leistung (kW/PS) : ________________________________________________________</w:t>
      </w:r>
    </w:p>
    <w:p>
      <w:r>
        <w:rPr>
          <w:b w:val="0"/>
          <w:sz w:val="20"/>
        </w:rPr>
        <w:t>Farbe : _________________________________________________________________</w:t>
      </w:r>
    </w:p>
    <w:p/>
    <w:p>
      <w:r>
        <w:rPr>
          <w:b/>
          <w:sz w:val="20"/>
        </w:rPr>
        <w:t>Versicherungsangaben</w:t>
      </w:r>
    </w:p>
    <w:p>
      <w:r>
        <w:rPr>
          <w:b w:val="0"/>
          <w:sz w:val="20"/>
        </w:rPr>
        <w:t>Versicherungsgesellschaft : ________________________________________________</w:t>
      </w:r>
    </w:p>
    <w:p>
      <w:r>
        <w:rPr>
          <w:b w:val="0"/>
          <w:sz w:val="20"/>
        </w:rPr>
        <w:t>Versicherungsnummer : ____________________________________________________</w:t>
      </w:r>
    </w:p>
    <w:p>
      <w:r>
        <w:rPr>
          <w:b w:val="0"/>
          <w:sz w:val="20"/>
        </w:rPr>
        <w:t>Gültig ab : _______________________________________________________________</w:t>
      </w:r>
    </w:p>
    <w:p/>
    <w:p>
      <w:r>
        <w:rPr>
          <w:b/>
          <w:sz w:val="20"/>
        </w:rPr>
        <w:t>Technische Prüfdaten</w:t>
      </w:r>
    </w:p>
    <w:p>
      <w:r>
        <w:rPr>
          <w:b w:val="0"/>
          <w:sz w:val="20"/>
        </w:rPr>
        <w:t>HU / AU gültig bis : _____________________________________________________</w:t>
      </w:r>
    </w:p>
    <w:p>
      <w:r>
        <w:rPr>
          <w:b w:val="0"/>
          <w:sz w:val="20"/>
        </w:rPr>
        <w:t>Nächster Prüftermin : _____________________________________________________</w:t>
      </w:r>
    </w:p>
    <w:p>
      <w:r>
        <w:rPr>
          <w:b w:val="0"/>
          <w:sz w:val="20"/>
        </w:rPr>
        <w:t>Kilometerstand : _________________________________________________________</w:t>
      </w:r>
    </w:p>
    <w:p/>
    <w:p>
      <w:r>
        <w:rPr>
          <w:b/>
          <w:sz w:val="20"/>
        </w:rPr>
        <w:t>Bemerkungen</w:t>
      </w:r>
    </w:p>
    <w:p>
      <w:r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  <w:t>______________________________________________________________________________</w:t>
        <w:br/>
      </w:r>
    </w:p>
    <w:p/>
    <w:p>
      <w:r>
        <w:rPr>
          <w:b/>
          <w:sz w:val="20"/>
        </w:rPr>
        <w:t>Unterschriften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Fahrzeughalter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Sachbearbeiter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https://dokumentklar.com/wagenliste-vordruck/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wagenliste-vordruck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