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STELLUNGNAHME ZUM FEHLVERHALTEN</w:t>
      </w:r>
    </w:p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Name : ___________________________________________________________</w:t>
      </w:r>
    </w:p>
    <w:p>
      <w:r>
        <w:rPr>
          <w:b w:val="0"/>
          <w:sz w:val="20"/>
        </w:rPr>
        <w:t>Position/Funktion : _________________________________________________</w:t>
      </w:r>
    </w:p>
    <w:p>
      <w:r>
        <w:rPr>
          <w:b w:val="0"/>
          <w:sz w:val="20"/>
        </w:rPr>
        <w:t>Abteilung/Einrichtung : 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</w:t>
      </w:r>
    </w:p>
    <w:p/>
    <w:p>
      <w:r>
        <w:rPr>
          <w:b/>
          <w:sz w:val="20"/>
        </w:rPr>
        <w:t>Empfänger:</w:t>
      </w:r>
    </w:p>
    <w:p>
      <w:r>
        <w:rPr>
          <w:b w:val="0"/>
          <w:sz w:val="20"/>
        </w:rPr>
        <w:t>Name : ___________________________________________________________</w:t>
      </w:r>
    </w:p>
    <w:p>
      <w:r>
        <w:rPr>
          <w:b w:val="0"/>
          <w:sz w:val="20"/>
        </w:rPr>
        <w:t>Position/Funktion : _________________________________________________</w:t>
      </w:r>
    </w:p>
    <w:p>
      <w:r>
        <w:rPr>
          <w:b w:val="0"/>
          <w:sz w:val="20"/>
        </w:rPr>
        <w:t>Abteilung/Einrichtung : ____________________________________________</w:t>
      </w:r>
    </w:p>
    <w:p/>
    <w:p>
      <w:r>
        <w:rPr>
          <w:b/>
          <w:sz w:val="20"/>
        </w:rPr>
        <w:t>Betreff: Stellungnahme zum Vorwurf des Fehlverhaltens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nehme ich Stellung zu dem Vorwurf des Fehlverhaltens, der mir vorgeworfen wird. Ich möchte die Sachlage aus meiner Sicht erläutern und etwaige Missverständnisse aufklären.</w:t>
      </w:r>
    </w:p>
    <w:p/>
    <w:p>
      <w:r>
        <w:rPr>
          <w:b/>
          <w:sz w:val="20"/>
        </w:rPr>
        <w:t>1. Sachverhalt</w:t>
      </w:r>
    </w:p>
    <w:p>
      <w:r>
        <w:rPr>
          <w:b w:val="0"/>
          <w:sz w:val="20"/>
        </w:rPr>
        <w:t>Beschreiben Sie hier ausführlich den Hergang und die Umstände, die zum Vorwurf des Fehlverhaltens geführt haben:</w:t>
      </w:r>
    </w:p>
    <w:p>
      <w:r>
        <w:rPr>
          <w:b w:val="0"/>
          <w:sz w:val="20"/>
        </w:rPr>
        <w:t>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</w:t>
      </w:r>
    </w:p>
    <w:p/>
    <w:p>
      <w:r>
        <w:rPr>
          <w:b/>
          <w:sz w:val="20"/>
        </w:rPr>
        <w:t>2. Stellungnahme</w:t>
      </w:r>
    </w:p>
    <w:p>
      <w:r>
        <w:rPr>
          <w:b w:val="0"/>
          <w:sz w:val="20"/>
        </w:rPr>
        <w:t>Hiermit erkläre ich, dass:</w:t>
      </w:r>
    </w:p>
    <w:p>
      <w:r>
        <w:rPr>
          <w:b w:val="0"/>
          <w:sz w:val="20"/>
        </w:rPr>
        <w:t>- ich die Vorwürfe (vollständig / teilweise / nicht) anerkenne.</w:t>
      </w:r>
    </w:p>
    <w:p>
      <w:r>
        <w:rPr>
          <w:b w:val="0"/>
          <w:sz w:val="20"/>
        </w:rPr>
        <w:t>- die geschilderten Umstände wie folgt zu bewerten sind:</w:t>
      </w:r>
    </w:p>
    <w:p>
      <w:r>
        <w:rPr>
          <w:b w:val="0"/>
          <w:sz w:val="20"/>
        </w:rPr>
        <w:t>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</w:t>
      </w:r>
    </w:p>
    <w:p/>
    <w:p>
      <w:r>
        <w:rPr>
          <w:b/>
          <w:sz w:val="20"/>
        </w:rPr>
        <w:t>3. Maßnahmen</w:t>
      </w:r>
    </w:p>
    <w:p>
      <w:r>
        <w:rPr>
          <w:b w:val="0"/>
          <w:sz w:val="20"/>
        </w:rPr>
        <w:t>Sollten Maßnahmen meinerseits erforderlich sein, werde ich diese unverzüglich umsetzen und stehe für Rückfragen jederzeit zur Verfügung.</w:t>
      </w:r>
    </w:p>
    <w:p/>
    <w:p>
      <w:r>
        <w:rPr>
          <w:b w:val="0"/>
          <w:sz w:val="20"/>
        </w:rPr>
        <w:t>Mit freundlichen Grüßen</w:t>
      </w:r>
    </w:p>
    <w:p/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https://dokumentklar.com/vorlage-stellungnahme-fehlverhalten/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vorlage-stellungnahme-fehlverhalten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