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ZUR ERSTATTUNG EINER POLIZEILICHEN ANZEIGE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Hiermit bevollmächtige ich den oben genannten Bevollmächtigten, in meinem Namen eine polizeiliche Anzeige</w:t>
      </w:r>
    </w:p>
    <w:p>
      <w:r>
        <w:rPr>
          <w:b/>
          <w:sz w:val="20"/>
        </w:rPr>
        <w:t>aufzugeben, Auskünfte bei der Polizei einzuholen und alle zur Anzeige erforderlichen Handlungen vorzunehmen.</w:t>
      </w:r>
    </w:p>
    <w:p/>
    <w:p>
      <w:r>
        <w:rPr>
          <w:b/>
          <w:sz w:val="20"/>
        </w:rPr>
        <w:t>Die Vollmacht umfasst insbesondere die Befugnis, alle erforderlichen Erklärungen abzugeben, Schriftstücke</w:t>
      </w:r>
    </w:p>
    <w:p>
      <w:r>
        <w:rPr>
          <w:b/>
          <w:sz w:val="20"/>
        </w:rPr>
        <w:t>entgegenzunehmen und Empfangsbekenntnisse zu unterschreiben.</w:t>
      </w:r>
    </w:p>
    <w:p/>
    <w:p>
      <w:r>
        <w:rPr>
          <w:b/>
          <w:sz w:val="20"/>
        </w:rPr>
        <w:t>Diese Vollmacht gilt ausschließlich für die o. g. Angelegenheit und ist nicht übertragbar.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https://dokumentklar.com/vollmacht-polizei-anzeige/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vollmacht-polizei-anzei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