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VOLLMACHT FÜR PERSONALISIERTE TICKETS</w:t>
      </w:r>
    </w:p>
    <w:p/>
    <w:p>
      <w:r>
        <w:rPr>
          <w:b/>
          <w:sz w:val="20"/>
        </w:rPr>
        <w:t>Angaben des Vollmachtgebers:</w:t>
      </w:r>
    </w:p>
    <w:p>
      <w:r>
        <w:rPr>
          <w:b w:val="0"/>
          <w:sz w:val="20"/>
        </w:rPr>
        <w:t>Vor- und Nachname : ___________________________________________________</w:t>
      </w:r>
    </w:p>
    <w:p>
      <w:r>
        <w:rPr>
          <w:b w:val="0"/>
          <w:sz w:val="20"/>
        </w:rPr>
        <w:t>Geburtsdatum : _________________________________________________________</w:t>
      </w:r>
    </w:p>
    <w:p>
      <w:r>
        <w:rPr>
          <w:b w:val="0"/>
          <w:sz w:val="20"/>
        </w:rPr>
        <w:t>Anschrift : ____________________________________________________________</w:t>
      </w:r>
    </w:p>
    <w:p>
      <w:r>
        <w:rPr>
          <w:b w:val="0"/>
          <w:sz w:val="20"/>
        </w:rPr>
        <w:t>Telefonnummer : _______________________________________________________</w:t>
      </w:r>
    </w:p>
    <w:p/>
    <w:p>
      <w:r>
        <w:rPr>
          <w:b/>
          <w:sz w:val="20"/>
        </w:rPr>
        <w:t>Angaben des Bevollmächtigten:</w:t>
      </w:r>
    </w:p>
    <w:p>
      <w:r>
        <w:rPr>
          <w:b w:val="0"/>
          <w:sz w:val="20"/>
        </w:rPr>
        <w:t>Vor- und Nachname : ___________________________________________________</w:t>
      </w:r>
    </w:p>
    <w:p>
      <w:r>
        <w:rPr>
          <w:b w:val="0"/>
          <w:sz w:val="20"/>
        </w:rPr>
        <w:t>Geburtsdatum : _________________________________________________________</w:t>
      </w:r>
    </w:p>
    <w:p>
      <w:r>
        <w:rPr>
          <w:b w:val="0"/>
          <w:sz w:val="20"/>
        </w:rPr>
        <w:t>Anschrift : ____________________________________________________________</w:t>
      </w:r>
    </w:p>
    <w:p>
      <w:r>
        <w:rPr>
          <w:b w:val="0"/>
          <w:sz w:val="20"/>
        </w:rPr>
        <w:t>Telefonnummer : _______________________________________________________</w:t>
      </w:r>
    </w:p>
    <w:p/>
    <w:p>
      <w:r>
        <w:rPr>
          <w:b/>
          <w:sz w:val="20"/>
        </w:rPr>
        <w:t>Vollmachtserteilung:</w:t>
      </w:r>
    </w:p>
    <w:p>
      <w:r>
        <w:rPr>
          <w:b w:val="0"/>
          <w:sz w:val="20"/>
        </w:rPr>
        <w:t>Hiermit bevollmächtige ich, der Vollmachtgeber, die oben genannte Person, mich in meinem Namen zu vertreten und sämtliche notwendigen Handlungen durchzuführen, die im Zusammenhang mit dem Erwerb, der Abholung und der Verwaltung personalisierter Tickets stehen. Dies umfasst insbesondere die Entgegennahme, Änderung oder Stornierung der Tickets.</w:t>
      </w:r>
    </w:p>
    <w:p/>
    <w:p>
      <w:r>
        <w:rPr>
          <w:b/>
          <w:sz w:val="20"/>
        </w:rPr>
        <w:t>Die Vollmacht gilt ausschließlich für den genannten Zweck und ist nicht übertragbar.</w:t>
      </w:r>
    </w:p>
    <w:p/>
    <w:p>
      <w:r>
        <w:rPr>
          <w:b/>
          <w:sz w:val="20"/>
        </w:rPr>
        <w:t>Die Vollmacht endet mit der Erfüllung des Zwecks oder durch schriftlichen Widerruf.</w:t>
      </w:r>
    </w:p>
    <w:p/>
    <w:p/>
    <w:p>
      <w:r>
        <w:rPr>
          <w:b w:val="0"/>
          <w:sz w:val="20"/>
        </w:rPr>
        <w:t>Ort : ____________________________</w:t>
      </w:r>
    </w:p>
    <w:p>
      <w:r>
        <w:rPr>
          <w:b w:val="0"/>
          <w:sz w:val="20"/>
        </w:rPr>
        <w:t>Unterschrift Vollmachtgeber : 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https://dokumentklar.com/vollmacht-fur-personalisierte-tickets/</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klar.com/vollmacht-fur-personalisierte-tickets/" TargetMode="External"/><Relationship Id="rId10" Type="http://schemas.openxmlformats.org/officeDocument/2006/relationships/hyperlink" Target="https://dokument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