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MUSTERBRIEF FÜR ENTSCHÄDIGUNG BEI VERSPÄTETER LIEFERUNG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: _______________________________________________________________</w:t>
      </w:r>
    </w:p>
    <w:p>
      <w:r>
        <w:rPr>
          <w:b w:val="0"/>
          <w:sz w:val="20"/>
        </w:rPr>
        <w:t>Ansprechperson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/>
          <w:sz w:val="20"/>
        </w:rPr>
        <w:t>Entschädigung wegen verspäteter Lieferung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Sie darauf hinweisen, dass die von mir bestellte Ware / Dienstleistung,</w:t>
      </w:r>
    </w:p>
    <w:p>
      <w:r>
        <w:rPr>
          <w:b w:val="0"/>
          <w:sz w:val="20"/>
        </w:rPr>
        <w:t>Bestellnummer : _______________________________________________________,</w:t>
      </w:r>
    </w:p>
    <w:p>
      <w:r>
        <w:rPr>
          <w:b w:val="0"/>
          <w:sz w:val="20"/>
        </w:rPr>
        <w:t>nicht zum vereinbarten Termin geliefert wurde. Der ursprünglich vereinbarte Liefertermin war _________________.</w:t>
      </w:r>
    </w:p>
    <w:p>
      <w:r>
        <w:rPr>
          <w:b w:val="0"/>
          <w:sz w:val="20"/>
        </w:rPr>
        <w:t>Die verspätete Lieferung hat zu erheblichen Unannehmlichkeiten und zusätzlichen Kosten geführt.</w:t>
      </w:r>
    </w:p>
    <w:p/>
    <w:p>
      <w:r>
        <w:rPr>
          <w:b w:val="0"/>
          <w:sz w:val="20"/>
        </w:rPr>
        <w:t>Aufgrund der verspäteten Lieferung mache ich hiermit eine Entschädigung geltend.</w:t>
      </w:r>
    </w:p>
    <w:p>
      <w:r>
        <w:rPr>
          <w:b w:val="0"/>
          <w:sz w:val="20"/>
        </w:rPr>
        <w:t>Ich bitte Sie, mir den entstandenen Schaden in Höhe von __________________ EUR zu ersetzen.</w:t>
      </w:r>
    </w:p>
    <w:p>
      <w:r>
        <w:rPr>
          <w:b w:val="0"/>
          <w:sz w:val="20"/>
        </w:rPr>
        <w:t>Bitte überweisen Sie den Betrag innerhalb von 14 Tagen auf das folgende Konto:</w:t>
      </w:r>
    </w:p>
    <w:p>
      <w:r>
        <w:rPr>
          <w:b w:val="0"/>
          <w:sz w:val="20"/>
        </w:rPr>
        <w:t>Kontoinhaber : _________________________________________________________</w:t>
      </w:r>
    </w:p>
    <w:p>
      <w:r>
        <w:rPr>
          <w:b w:val="0"/>
          <w:sz w:val="20"/>
        </w:rPr>
        <w:t>IBAN : ________________________________________________________________</w:t>
      </w:r>
    </w:p>
    <w:p>
      <w:r>
        <w:rPr>
          <w:b w:val="0"/>
          <w:sz w:val="20"/>
        </w:rPr>
        <w:t>BIC : _________________________________________________________________</w:t>
      </w:r>
    </w:p>
    <w:p/>
    <w:p>
      <w:r>
        <w:rPr>
          <w:b w:val="0"/>
          <w:sz w:val="20"/>
        </w:rPr>
        <w:t>Sollte die Angelegenheit nicht zu meiner Zufriedenheit geregelt werden, behalte ich mir weitere rechtliche Schritte vor.</w:t>
      </w:r>
    </w:p>
    <w:p/>
    <w:p>
      <w:r>
        <w:rPr>
          <w:b w:val="0"/>
          <w:sz w:val="20"/>
        </w:rPr>
        <w:t>Ich danke Ihnen im Voraus für Ihre Kooperation und eine zügige Bearbeitung.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Name des Absenders</w:t>
      </w:r>
    </w:p>
    <w:p/>
    <w:p/>
    <w:p>
      <w:r>
        <w:rPr>
          <w:b w:val="0"/>
          <w:sz w:val="20"/>
        </w:rPr>
        <w:t>Ort : ______________________                    Datum 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https://dokumentklar.com/verspatete-lieferung-entschadigung-musterbrief/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verspatete-lieferung-entschadigung-musterbrief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