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MUSTER FÜR DIE AUSZAHLUNG VON URLAUBSTAGEN BEI KRANKHEIT</w:t>
      </w:r>
    </w:p>
    <w:p/>
    <w:p>
      <w:r>
        <w:rPr>
          <w:b/>
          <w:sz w:val="20"/>
        </w:rPr>
        <w:t>Betrieb / Firma :</w:t>
      </w:r>
    </w:p>
    <w:p>
      <w:r>
        <w:rPr>
          <w:b w:val="0"/>
          <w:sz w:val="20"/>
        </w:rPr>
        <w:t>___________________________________________________</w:t>
      </w:r>
    </w:p>
    <w:p>
      <w:r>
        <w:rPr>
          <w:b w:val="0"/>
          <w:sz w:val="20"/>
        </w:rPr>
        <w:t>Anschrift : __________________________________________</w:t>
      </w:r>
    </w:p>
    <w:p>
      <w:r>
        <w:rPr>
          <w:b w:val="0"/>
          <w:sz w:val="20"/>
        </w:rPr>
        <w:t>Telefonnummer : ______________________________________</w:t>
      </w:r>
    </w:p>
    <w:p/>
    <w:p>
      <w:r>
        <w:rPr>
          <w:b/>
          <w:sz w:val="20"/>
        </w:rPr>
        <w:t>Angaben zum Arbeitnehmer :</w:t>
      </w:r>
    </w:p>
    <w:p>
      <w:r>
        <w:rPr>
          <w:b w:val="0"/>
          <w:sz w:val="20"/>
        </w:rPr>
        <w:t>Vor- und Nachname : __________________________________</w:t>
      </w:r>
    </w:p>
    <w:p>
      <w:r>
        <w:rPr>
          <w:b w:val="0"/>
          <w:sz w:val="20"/>
        </w:rPr>
        <w:t>Personalnummer : _____________________________________</w:t>
      </w:r>
    </w:p>
    <w:p>
      <w:r>
        <w:rPr>
          <w:b w:val="0"/>
          <w:sz w:val="20"/>
        </w:rPr>
        <w:t>Abteilung : __________________________________________</w:t>
      </w:r>
    </w:p>
    <w:p/>
    <w:p>
      <w:r>
        <w:rPr>
          <w:b/>
          <w:sz w:val="20"/>
        </w:rPr>
        <w:t>§ 1 – Vertragsgegenstand</w:t>
      </w:r>
    </w:p>
    <w:p>
      <w:r>
        <w:rPr>
          <w:b w:val="0"/>
          <w:sz w:val="20"/>
        </w:rPr>
        <w:t>Der Arbeitgeber verpflichtet sich, dem Arbeitnehmer die nicht genommenen Urlaubstage aufgrund einer krankheitsbedingten Verhinderung an der Arbeitsaufnahme unter Berücksichtigung der geltenden gesetzlichen und tariflichen Bestimmungen auszuzahlen.</w:t>
      </w:r>
    </w:p>
    <w:p/>
    <w:p>
      <w:r>
        <w:rPr>
          <w:b/>
          <w:sz w:val="20"/>
        </w:rPr>
        <w:t>§ 2 – Anspruch auf Urlaubsabgeltung</w:t>
      </w:r>
    </w:p>
    <w:p>
      <w:r>
        <w:rPr>
          <w:b w:val="0"/>
          <w:sz w:val="20"/>
        </w:rPr>
        <w:t>Der Anspruch auf Urlaubsabgeltung entsteht, wenn der gesetzliche Urlaubsanspruch zum Ende des Arbeitsverhältnisses ganz oder teilweise nicht mehr genommen werden kann.</w:t>
      </w:r>
    </w:p>
    <w:p/>
    <w:p>
      <w:r>
        <w:rPr>
          <w:b/>
          <w:sz w:val="20"/>
        </w:rPr>
        <w:t>§ 3 – Berechnung und Auszahlung</w:t>
      </w:r>
    </w:p>
    <w:p>
      <w:r>
        <w:rPr>
          <w:b w:val="0"/>
          <w:sz w:val="20"/>
        </w:rPr>
        <w:t>Die Berechnung der auszuzahlenden Urlaubstage erfolgt auf Basis der vertraglich vereinbarten Arbeitszeit und des durchschnittlichen Arbeitsentgelts des Arbeitnehmers.</w:t>
      </w:r>
    </w:p>
    <w:p/>
    <w:p>
      <w:r>
        <w:rPr>
          <w:b/>
          <w:sz w:val="20"/>
        </w:rPr>
        <w:t>§ 4 – Ausschluss der doppelten Inanspruchnahme</w:t>
      </w:r>
    </w:p>
    <w:p>
      <w:r>
        <w:rPr>
          <w:b w:val="0"/>
          <w:sz w:val="20"/>
        </w:rPr>
        <w:t>Der Arbeitnehmer erklärt, dass die Auszahlung der Urlaubstage keine weiteren Ansprüche für den betreffenden Zeitraum begründet. Bereits erhaltene Urlaubsentgelte werden angerechnet.</w:t>
      </w:r>
    </w:p>
    <w:p/>
    <w:p>
      <w:r>
        <w:rPr>
          <w:b/>
          <w:sz w:val="20"/>
        </w:rPr>
        <w:t>§ 5 – Sonstige Bestimmungen</w:t>
      </w:r>
    </w:p>
    <w:p>
      <w:r>
        <w:rPr>
          <w:b w:val="0"/>
          <w:sz w:val="20"/>
        </w:rPr>
        <w:t>Diese Vereinbarung ergänzt den Arbeitsvertrag und die geltenden gesetzlichen Vorschriften. Abweichungen bedürfen der Schriftform.</w:t>
      </w:r>
    </w:p>
    <w:p/>
    <w:p>
      <w:r>
        <w:rPr>
          <w:b/>
          <w:sz w:val="20"/>
        </w:rPr>
        <w:t>§ 6 – Salvatorische Klausel</w:t>
      </w:r>
    </w:p>
    <w:p>
      <w:r>
        <w:rPr>
          <w:b w:val="0"/>
          <w:sz w:val="20"/>
        </w:rPr>
        <w:t>Sollten einzelne Bestimmungen dieser Vereinbarung ganz oder teilweise unwirksam sein, berührt dies die Wirksamkeit der übrigen Bestimmungen nicht.</w:t>
      </w:r>
    </w:p>
    <w:p/>
    <w:p/>
    <w:p>
      <w:r>
        <w:rPr>
          <w:b w:val="0"/>
          <w:sz w:val="20"/>
        </w:rPr>
        <w:t>Ort : ____________________________________________</w:t>
      </w:r>
    </w:p>
    <w:p>
      <w:r>
        <w:rPr>
          <w:b w:val="0"/>
          <w:sz w:val="20"/>
        </w:rPr>
        <w:t>Datum : 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ARBEITNEHMER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https://dokumentklar.com/urlaub-auszahlen-bei-krankheit-muster/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klar.com/urlaub-auszahlen-bei-krankheit-muster/" TargetMode="External"/><Relationship Id="rId10" Type="http://schemas.openxmlformats.org/officeDocument/2006/relationships/hyperlink" Target="https://dokument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