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UNTERMIETVERTRAG FÜR GESCHÄFTSRÄUME</w:t>
      </w:r>
    </w:p>
    <w:p/>
    <w:p>
      <w:r>
        <w:rPr>
          <w:b/>
          <w:sz w:val="20"/>
        </w:rPr>
        <w:t>Adresse der Geschäftsräume :</w:t>
      </w:r>
    </w:p>
    <w:p>
      <w:r>
        <w:rPr>
          <w:b w:val="0"/>
          <w:sz w:val="20"/>
        </w:rPr>
        <w:t>Straße / Nr. : _______________________________________________</w:t>
      </w:r>
    </w:p>
    <w:p>
      <w:r>
        <w:rPr>
          <w:b w:val="0"/>
          <w:sz w:val="20"/>
        </w:rPr>
        <w:t>PLZ / Ort : _________________________________________________</w:t>
      </w:r>
    </w:p>
    <w:p/>
    <w:p>
      <w:r>
        <w:rPr>
          <w:b/>
          <w:sz w:val="20"/>
        </w:rPr>
        <w:t>Angaben zum Untermieter :</w:t>
      </w:r>
    </w:p>
    <w:p>
      <w:r>
        <w:rPr>
          <w:b w:val="0"/>
          <w:sz w:val="20"/>
        </w:rPr>
        <w:t>Firma / Name : _______________________________________________</w:t>
      </w:r>
    </w:p>
    <w:p>
      <w:r>
        <w:rPr>
          <w:b w:val="0"/>
          <w:sz w:val="20"/>
        </w:rPr>
        <w:t>Vertreten durch : 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zum Hauptmieter :</w:t>
      </w:r>
    </w:p>
    <w:p>
      <w:r>
        <w:rPr>
          <w:b w:val="0"/>
          <w:sz w:val="20"/>
        </w:rPr>
        <w:t>Firma / Name : _______________________________________________</w:t>
      </w:r>
    </w:p>
    <w:p>
      <w:r>
        <w:rPr>
          <w:b w:val="0"/>
          <w:sz w:val="20"/>
        </w:rPr>
        <w:t>Vertreten durch : 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Mietobjekt und Mietzweck :</w:t>
      </w:r>
    </w:p>
    <w:p>
      <w:r>
        <w:rPr>
          <w:b w:val="0"/>
          <w:sz w:val="20"/>
        </w:rPr>
        <w:t>Die Hauptmieter vermieten dem Untermieter folgende Geschäftsräume zur Nutzung als : _____________________________</w:t>
      </w:r>
    </w:p>
    <w:p>
      <w:r>
        <w:rPr>
          <w:b w:val="0"/>
          <w:sz w:val="20"/>
        </w:rPr>
        <w:t>Fläche der Geschäftsräume (ca.) : ___________________________ m²</w:t>
      </w:r>
    </w:p>
    <w:p>
      <w:r>
        <w:rPr>
          <w:b w:val="0"/>
          <w:sz w:val="20"/>
        </w:rPr>
        <w:t>Besondere Ausstattungen / Einrichtungen : ______________________</w:t>
      </w:r>
    </w:p>
    <w:p/>
    <w:p>
      <w:r>
        <w:rPr>
          <w:b/>
          <w:sz w:val="20"/>
        </w:rPr>
        <w:t>Mietdauer und Kündigung :</w:t>
      </w:r>
    </w:p>
    <w:p>
      <w:r>
        <w:rPr>
          <w:b w:val="0"/>
          <w:sz w:val="20"/>
        </w:rPr>
        <w:t>Der Untermietvertrag beginnt mit Unterzeichnung und läuft auf unbestimmte Zeit.</w:t>
      </w:r>
    </w:p>
    <w:p>
      <w:r>
        <w:rPr>
          <w:b w:val="0"/>
          <w:sz w:val="20"/>
        </w:rPr>
        <w:t>Die Kündigungsfrist beträgt _______ Monate zum Monatsende.</w:t>
      </w:r>
    </w:p>
    <w:p>
      <w:r>
        <w:rPr>
          <w:b w:val="0"/>
          <w:sz w:val="20"/>
        </w:rPr>
        <w:t>Eine vorzeitige Kündigung bedarf der schriftlichen Zustimmung beider Parteien.</w:t>
      </w:r>
    </w:p>
    <w:p/>
    <w:p>
      <w:r>
        <w:rPr>
          <w:b/>
          <w:sz w:val="20"/>
        </w:rPr>
        <w:t>Miete und Nebenkosten :</w:t>
      </w:r>
    </w:p>
    <w:p>
      <w:r>
        <w:rPr>
          <w:b w:val="0"/>
          <w:sz w:val="20"/>
        </w:rPr>
        <w:t>Die monatliche Miete beträgt : ___________________________ EUR</w:t>
      </w:r>
    </w:p>
    <w:p>
      <w:r>
        <w:rPr>
          <w:b w:val="0"/>
          <w:sz w:val="20"/>
        </w:rPr>
        <w:t>Nebenkosten (z.B. Heizung, Wasser, Strom) trägt : ____________</w:t>
      </w:r>
    </w:p>
    <w:p>
      <w:r>
        <w:rPr>
          <w:b w:val="0"/>
          <w:sz w:val="20"/>
        </w:rPr>
        <w:t>Zahlungsweise : ___________________________________________</w:t>
      </w:r>
    </w:p>
    <w:p/>
    <w:p>
      <w:r>
        <w:rPr>
          <w:b/>
          <w:sz w:val="20"/>
        </w:rPr>
        <w:t>Kaution :</w:t>
      </w:r>
    </w:p>
    <w:p>
      <w:r>
        <w:rPr>
          <w:b w:val="0"/>
          <w:sz w:val="20"/>
        </w:rPr>
        <w:t>Der Untermieter leistet eine Kaution in Höhe von __________________ EUR.</w:t>
      </w:r>
    </w:p>
    <w:p>
      <w:r>
        <w:rPr>
          <w:b w:val="0"/>
          <w:sz w:val="20"/>
        </w:rPr>
        <w:t>Die Kaution wird nach Beendigung des Mietverhältnisses und Abrechnung etwaiger Schäden zurückerstattet.</w:t>
      </w:r>
    </w:p>
    <w:p/>
    <w:p>
      <w:r>
        <w:rPr>
          <w:b/>
          <w:sz w:val="20"/>
        </w:rPr>
        <w:t>Pflichten des Untermieters :</w:t>
      </w:r>
    </w:p>
    <w:p>
      <w:r>
        <w:rPr>
          <w:b w:val="0"/>
          <w:sz w:val="20"/>
        </w:rPr>
        <w:t>Der Untermieter verpflichtet sich, die Geschäftsräume pfleglich zu behandeln und Schäden unverzüglich zu melden.</w:t>
      </w:r>
    </w:p>
    <w:p>
      <w:r>
        <w:rPr>
          <w:b w:val="0"/>
          <w:sz w:val="20"/>
        </w:rPr>
        <w:t>Der Untermieter darf ohne schriftliche Zustimmung keine baulichen Veränderungen vornehmen.</w:t>
      </w:r>
    </w:p>
    <w:p/>
    <w:p>
      <w:r>
        <w:rPr>
          <w:b/>
          <w:sz w:val="20"/>
        </w:rPr>
        <w:t>Haftung und Versicherung :</w:t>
      </w:r>
    </w:p>
    <w:p>
      <w:r>
        <w:rPr>
          <w:b w:val="0"/>
          <w:sz w:val="20"/>
        </w:rPr>
        <w:t>Der Untermieter haftet für Schäden, die durch ihn oder seine Angestellten verursacht werden.</w:t>
      </w:r>
    </w:p>
    <w:p>
      <w:r>
        <w:rPr>
          <w:b w:val="0"/>
          <w:sz w:val="20"/>
        </w:rPr>
        <w:t>Der Untermieter verpflichtet sich, eine Haftpflichtversicherung abzuschließen und aufrechtzuerhalten.</w:t>
      </w:r>
    </w:p>
    <w:p/>
    <w:p>
      <w:r>
        <w:rPr>
          <w:b/>
          <w:sz w:val="20"/>
        </w:rPr>
        <w:t>Überlassung an Dritte :</w:t>
      </w:r>
    </w:p>
    <w:p>
      <w:r>
        <w:rPr>
          <w:b w:val="0"/>
          <w:sz w:val="20"/>
        </w:rPr>
        <w:t>Eine Weitergabe oder Untervermietung der Geschäftsräume an Dritte ist nur mit vorheriger schriftlicher Zustimmung des Hauptmieters erlaubt.</w:t>
      </w:r>
    </w:p>
    <w:p/>
    <w:p>
      <w:r>
        <w:rPr>
          <w:b/>
          <w:sz w:val="20"/>
        </w:rPr>
        <w:t>Rückgabe der Geschäftsräume :</w:t>
      </w:r>
    </w:p>
    <w:p>
      <w:r>
        <w:rPr>
          <w:b w:val="0"/>
          <w:sz w:val="20"/>
        </w:rPr>
        <w:t>Bei Beendigung des Mietverhältnisses sind die Geschäftsräume in ordnungsgemäßem Zustand zurückzugeben.</w:t>
      </w:r>
    </w:p>
    <w:p>
      <w:r>
        <w:rPr>
          <w:b w:val="0"/>
          <w:sz w:val="20"/>
        </w:rPr>
        <w:t>Etwaige Schäden sind vom Untermieter zu beheben oder zu ersetzen.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 eine Bestimmung dieses Vertrages unwirksam sein, bleibt der Vertrag im Übrigen wirksam.</w:t>
      </w:r>
    </w:p>
    <w:p>
      <w:r>
        <w:rPr>
          <w:b w:val="0"/>
          <w:sz w:val="20"/>
        </w:rPr>
        <w:t>Gerichtsstand ist, soweit gesetzlich zulässig, der Sitz des Hauptmieters.</w:t>
      </w:r>
    </w:p>
    <w:p/>
    <w:p/>
    <w:p>
      <w:r>
        <w:rPr>
          <w:b w:val="0"/>
          <w:sz w:val="20"/>
        </w:rPr>
        <w:t>Ort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HAUPTMIETER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https://dokumentklar.com/untermietvertrag-geschaftsraume-vorlage-schweiz/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untermietvertrag-geschaftsraume-vorlage-schweiz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