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ÜBEREINSTIMMUNGSERKLÄRUNG</w:t>
      </w:r>
    </w:p>
    <w:p/>
    <w:p>
      <w:r>
        <w:rPr>
          <w:b w:val="0"/>
          <w:sz w:val="20"/>
        </w:rPr>
        <w:t>Hiermit erkläre ich, dass die nachfolgenden Angaben vollständig und wahrheitsgemäß sind.</w:t>
      </w:r>
    </w:p>
    <w:p/>
    <w:p>
      <w:r>
        <w:rPr>
          <w:b/>
          <w:sz w:val="20"/>
        </w:rPr>
        <w:t>Angaben zur Person: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Geburtsdatum : 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Erklärung:</w:t>
      </w:r>
    </w:p>
    <w:p>
      <w:r>
        <w:rPr>
          <w:b w:val="0"/>
          <w:sz w:val="20"/>
        </w:rPr>
        <w:t>Ich bestätige, dass ich die vorliegenden Informationen eigenständig und ohne Einfluss Dritter gemacht habe. Mir ist bewusst, dass falsche Angaben rechtliche Konsequenzen nach sich ziehen können.</w:t>
      </w:r>
    </w:p>
    <w:p/>
    <w:p>
      <w:r>
        <w:rPr>
          <w:b w:val="0"/>
          <w:sz w:val="20"/>
        </w:rPr>
        <w:t>Ich versichere, dass ich alle erforderlichen Unterlagen vollständig und korrekt eingereicht habe und dass keine wesentlichen Tatsachen verschwiegen wurden.</w:t>
      </w:r>
    </w:p>
    <w:p/>
    <w:p>
      <w:r>
        <w:rPr>
          <w:b/>
          <w:sz w:val="20"/>
        </w:rPr>
        <w:t>Rechtsfolgen:</w:t>
      </w:r>
    </w:p>
    <w:p>
      <w:r>
        <w:rPr>
          <w:b w:val="0"/>
          <w:sz w:val="20"/>
        </w:rPr>
        <w:t>Mir ist bekannt, dass falsche Erklärungen straf- und zivilrechtliche Folgen haben können, einschließlich Schadensersatzansprüchen und Strafverfolgung.</w:t>
      </w:r>
    </w:p>
    <w:p/>
    <w:p>
      <w:r>
        <w:rPr>
          <w:b w:val="0"/>
          <w:sz w:val="20"/>
        </w:rPr>
        <w:t>Diese Übereinstimmungserklärung wird freiwillig und ohne Zwang abgegeben.</w:t>
      </w:r>
    </w:p>
    <w:p/>
    <w:p/>
    <w:p>
      <w:r>
        <w:rPr>
          <w:b w:val="0"/>
          <w:sz w:val="20"/>
        </w:rPr>
        <w:t>Ort : ___________________________________________________________</w:t>
      </w:r>
    </w:p>
    <w:p>
      <w:r>
        <w:rPr>
          <w:b w:val="0"/>
          <w:sz w:val="20"/>
        </w:rPr>
        <w:t>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https://dokumentklar.com/ubereinstimmungserklarung-vorlage/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ubereinstimmungserklarung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