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TÜRKISCHER BRIEF MUSTER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Ihnen folgendes mitteilen bzw. beantragen:</w:t>
      </w:r>
    </w:p>
    <w:p/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Vor- und Nachname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Ort: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Datum: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Unterschrift: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https://dokumentklar.com/turkischer-brief-muster/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turkischer-brief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