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EINE SUCHANZEIGE</w:t>
      </w:r>
    </w:p>
    <w:p/>
    <w:p>
      <w:r>
        <w:rPr>
          <w:b w:val="0"/>
          <w:sz w:val="20"/>
        </w:rPr>
        <w:t>An:</w:t>
      </w:r>
    </w:p>
    <w:p>
      <w:r>
        <w:rPr>
          <w:b w:val="0"/>
          <w:sz w:val="20"/>
        </w:rPr>
        <w:t>Name / Firma ______________________________</w:t>
      </w:r>
    </w:p>
    <w:p>
      <w:r>
        <w:rPr>
          <w:b w:val="0"/>
          <w:sz w:val="20"/>
        </w:rPr>
        <w:t>Adresse ___________________________________</w:t>
      </w:r>
    </w:p>
    <w:p>
      <w:r>
        <w:rPr>
          <w:b w:val="0"/>
          <w:sz w:val="20"/>
        </w:rPr>
        <w:t>___________________________________________</w:t>
      </w:r>
    </w:p>
    <w:p/>
    <w:p/>
    <w:p>
      <w:r>
        <w:rPr>
          <w:b/>
          <w:sz w:val="20"/>
        </w:rPr>
        <w:t>Betreff: Suche nach [Objekt / Dienstleistung / Produkt]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eine Suchanzeige aufgeben und suche nach folgendem:</w:t>
      </w:r>
    </w:p>
    <w:p>
      <w:r>
        <w:rPr>
          <w:b w:val="0"/>
          <w:sz w:val="20"/>
        </w:rPr>
        <w:t>- Objekt/Dienstleistung/Produkt: _______________________________</w:t>
      </w:r>
    </w:p>
    <w:p>
      <w:r>
        <w:rPr>
          <w:b w:val="0"/>
          <w:sz w:val="20"/>
        </w:rPr>
        <w:t>- Eigenschaften und Anforderungen: ____________________________</w:t>
      </w:r>
    </w:p>
    <w:p>
      <w:r>
        <w:rPr>
          <w:b w:val="0"/>
          <w:sz w:val="20"/>
        </w:rPr>
        <w:t>- Preisvorstellung (optional): ________________________________</w:t>
      </w:r>
    </w:p>
    <w:p>
      <w:r>
        <w:rPr>
          <w:b w:val="0"/>
          <w:sz w:val="20"/>
        </w:rPr>
        <w:t>- Weitere Wünsche oder Konditionen: ___________________________</w:t>
      </w:r>
    </w:p>
    <w:p/>
    <w:p>
      <w:r>
        <w:rPr>
          <w:b w:val="0"/>
          <w:sz w:val="20"/>
        </w:rPr>
        <w:t>Ich bitte Sie, mir bei der Suche behilflich zu sein und mir mögliche Angebote oder Informationen zukommen zu lassen.</w:t>
      </w:r>
    </w:p>
    <w:p/>
    <w:p>
      <w:r>
        <w:rPr>
          <w:b w:val="0"/>
          <w:sz w:val="20"/>
        </w:rPr>
        <w:t>Für Rückfragen stehe ich Ihnen gerne zur Verfügung.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</w:t>
      </w:r>
    </w:p>
    <w:p>
      <w:r>
        <w:rPr>
          <w:b w:val="0"/>
          <w:sz w:val="20"/>
        </w:rPr>
        <w:t>Name</w:t>
      </w:r>
    </w:p>
    <w:p>
      <w:r>
        <w:rPr>
          <w:b w:val="0"/>
          <w:sz w:val="20"/>
        </w:rPr>
        <w:t>Adresse</w:t>
      </w:r>
    </w:p>
    <w:p>
      <w:r>
        <w:rPr>
          <w:b w:val="0"/>
          <w:sz w:val="20"/>
        </w:rPr>
        <w:t>Telefonnummer</w:t>
      </w:r>
    </w:p>
    <w:p>
      <w:r>
        <w:rPr>
          <w:b w:val="0"/>
          <w:sz w:val="20"/>
        </w:rPr>
        <w:t>E-Mail-Adresse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https://dokumentklar.com/suchanzeige-schreiben-muster/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suchanzeige-schreiben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