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STELLENBESSETZUNGSPLAN</w:t>
      </w:r>
    </w:p>
    <w:p/>
    <w:p>
      <w:r>
        <w:rPr>
          <w:b/>
          <w:sz w:val="20"/>
        </w:rPr>
        <w:t>Unternehmen / Abteilung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/>
          <w:sz w:val="20"/>
        </w:rPr>
        <w:t>Ansprechpartner / Personalverantwortlicher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/>
          <w:sz w:val="20"/>
        </w:rPr>
        <w:t>Telefon / E-Mail :</w:t>
      </w:r>
    </w:p>
    <w:p>
      <w:r>
        <w:rPr>
          <w:b w:val="0"/>
          <w:sz w:val="20"/>
        </w:rPr>
        <w:t>____________________________________________________________________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pPr>
              <w:jc w:val="center"/>
            </w:pPr>
            <w:r>
              <w:rPr>
                <w:b/>
              </w:rPr>
              <w:t>Stellenbezeichnung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</w:rPr>
              <w:t>Anzahl der Stellen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</w:rPr>
              <w:t>Beschäftigungsart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</w:rPr>
              <w:t>Erforderliche Qualifikationen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</w:rPr>
              <w:t>Geplantes Einstellungsdatum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___________________________________________________________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t>________________________</w:t>
            </w:r>
          </w:p>
        </w:tc>
      </w:tr>
    </w:tbl>
    <w:p/>
    <w:p/>
    <w:p/>
    <w:p>
      <w:r>
        <w:rPr>
          <w:b/>
          <w:sz w:val="20"/>
        </w:rPr>
        <w:t>Hinweis zur Stellenbesetzung:</w:t>
      </w:r>
    </w:p>
    <w:p>
      <w:r>
        <w:rPr>
          <w:b w:val="0"/>
          <w:sz w:val="20"/>
        </w:rPr>
        <w:t>Dieses Dokument dient der Planung und Dokumentation offener Stellen im Unternehmen. Die Stellenbesetzung erfolgt unter Beachtung der geltenden arbeitsrechtlichen Bestimmungen, insbesondere des Allgemeinen Gleichbehandlungsgesetzes (AGG).</w:t>
      </w:r>
    </w:p>
    <w:p/>
    <w:p>
      <w:r>
        <w:rPr>
          <w:b/>
          <w:sz w:val="20"/>
        </w:rPr>
        <w:t>Datenschutz:</w:t>
      </w:r>
    </w:p>
    <w:p>
      <w:r>
        <w:rPr>
          <w:b w:val="0"/>
          <w:sz w:val="20"/>
        </w:rPr>
        <w:t>Personenbezogene Daten, die im Rahmen der Stellenbesetzung erhoben werden, sind vertraulich zu behandeln und entsprechend der Datenschutzgrundverordnung (DSGVO) zu schützen.</w:t>
      </w:r>
    </w:p>
    <w:p/>
    <w:p>
      <w:r>
        <w:rPr>
          <w:b/>
          <w:sz w:val="20"/>
        </w:rPr>
        <w:t>Verantwortlichkeiten:</w:t>
      </w:r>
    </w:p>
    <w:p>
      <w:r>
        <w:rPr>
          <w:b w:val="0"/>
          <w:sz w:val="20"/>
        </w:rPr>
        <w:t>Die Personalabteilung ist für die Umsetzung dieses Stellenbesetzungsplans verantwortlich. Änderungen bedürfen der Zustimmung der Geschäftsführung.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Unterschrift Personalverantwortlicher : 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Personalabteilung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Geschäftsführung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https://dokumentklar.com/stellenbesetzungsplan-vorlage/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stellenbesetzungsplan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