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SEPA-LASTSCHRIFTMANDAT</w:t>
      </w:r>
    </w:p>
    <w:p/>
    <w:p>
      <w:r>
        <w:rPr>
          <w:b/>
          <w:sz w:val="20"/>
        </w:rPr>
        <w:t>Gläubiger-Identifikationsnummer :</w:t>
      </w:r>
    </w:p>
    <w:p>
      <w:r>
        <w:rPr>
          <w:b w:val="0"/>
          <w:sz w:val="20"/>
        </w:rPr>
        <w:t>DE98ZZZ09999999999</w:t>
      </w:r>
    </w:p>
    <w:p/>
    <w:p>
      <w:r>
        <w:rPr>
          <w:b/>
          <w:sz w:val="20"/>
        </w:rPr>
        <w:t>Mandatsreferenz (wird vom Zahlungsempfänger ausgefüllt) :</w:t>
      </w:r>
    </w:p>
    <w:p>
      <w:r>
        <w:rPr>
          <w:b w:val="0"/>
          <w:sz w:val="20"/>
        </w:rPr>
        <w:t>__________________________________________________________</w:t>
      </w:r>
    </w:p>
    <w:p/>
    <w:p>
      <w:r>
        <w:rPr>
          <w:b/>
          <w:sz w:val="20"/>
        </w:rPr>
        <w:t>Zahlungspflichtiger (Name, Vorname) :</w:t>
      </w:r>
    </w:p>
    <w:p>
      <w:r>
        <w:rPr>
          <w:b w:val="0"/>
          <w:sz w:val="20"/>
        </w:rPr>
        <w:t>__________________________________________________________</w:t>
      </w:r>
    </w:p>
    <w:p>
      <w:r>
        <w:rPr>
          <w:b/>
          <w:sz w:val="20"/>
        </w:rPr>
        <w:t>Anschrift des Zahlungspflichtigen :</w:t>
      </w:r>
    </w:p>
    <w:p>
      <w:r>
        <w:rPr>
          <w:b w:val="0"/>
          <w:sz w:val="20"/>
        </w:rPr>
        <w:t>__________________________________________________________</w:t>
      </w:r>
    </w:p>
    <w:p/>
    <w:p>
      <w:r>
        <w:rPr>
          <w:b/>
          <w:sz w:val="20"/>
        </w:rPr>
        <w:t>IBAN :</w:t>
      </w:r>
    </w:p>
    <w:p>
      <w:r>
        <w:rPr>
          <w:b w:val="0"/>
          <w:sz w:val="20"/>
        </w:rPr>
        <w:t>__________________________________________________________</w:t>
      </w:r>
    </w:p>
    <w:p>
      <w:r>
        <w:rPr>
          <w:b/>
          <w:sz w:val="20"/>
        </w:rPr>
        <w:t>BIC :</w:t>
      </w:r>
    </w:p>
    <w:p>
      <w:r>
        <w:rPr>
          <w:b w:val="0"/>
          <w:sz w:val="20"/>
        </w:rPr>
        <w:t>__________________________________________________________</w:t>
      </w:r>
    </w:p>
    <w:p/>
    <w:p>
      <w:r>
        <w:rPr>
          <w:b w:val="0"/>
          <w:sz w:val="20"/>
        </w:rPr>
        <w:t>Hiermit ermächtige ich (wir) den Zahlungsempfänger, Zahlungen von meinem/unserem Konto mittels Lastschrift einzuziehen.</w:t>
      </w:r>
    </w:p>
    <w:p>
      <w:r>
        <w:rPr>
          <w:b w:val="0"/>
          <w:sz w:val="20"/>
        </w:rPr>
        <w:t>Gleichzeitig weise ich mein Kreditinstitut an, die von dem Zahlungsempfänger auf mein Konto gezogenen Lastschriften einzulösen.</w:t>
      </w:r>
    </w:p>
    <w:p/>
    <w:p>
      <w:r>
        <w:rPr>
          <w:b/>
          <w:sz w:val="20"/>
        </w:rPr>
        <w:t>Hinweis :</w:t>
      </w:r>
    </w:p>
    <w:p>
      <w:r>
        <w:rPr>
          <w:b w:val="0"/>
          <w:sz w:val="20"/>
        </w:rPr>
        <w:t>Ich kann innerhalb von acht Wochen, beginnend mit dem Belastungsdatum, die Erstattung des belasteten Betrags verlangen. Es gelten dabei die mit meinem Kreditinstitut vereinbarten Bedingungen.</w:t>
      </w:r>
    </w:p>
    <w:p/>
    <w:p>
      <w:r>
        <w:rPr>
          <w:b w:val="0"/>
          <w:sz w:val="20"/>
        </w:rPr>
        <w:t>Ort : ________________________________________________</w:t>
      </w:r>
    </w:p>
    <w:p>
      <w:r>
        <w:rPr>
          <w:b w:val="0"/>
          <w:sz w:val="20"/>
        </w:rPr>
        <w:t>Unterschrift(en) des Zahlungspflichtigen : 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des Kreditinstituts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Bankstempel: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https://dokumentklar.com/sepa-lastschriftmandat-vorlage/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sepa-lastschriftmandat-vorlag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