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KÜNDIGUNG DES AUTOPFLEGEVERTRAGS</w:t>
      </w:r>
    </w:p>
    <w:p/>
    <w:p>
      <w:r>
        <w:rPr>
          <w:b/>
          <w:sz w:val="20"/>
        </w:rPr>
        <w:t>Santander Autocare GmbH</w:t>
      </w:r>
    </w:p>
    <w:p>
      <w:r>
        <w:rPr>
          <w:b w:val="0"/>
          <w:sz w:val="20"/>
        </w:rPr>
        <w:t>Kundenservice</w:t>
      </w:r>
    </w:p>
    <w:p>
      <w:r>
        <w:rPr>
          <w:b w:val="0"/>
          <w:sz w:val="20"/>
        </w:rPr>
        <w:t>Straße und Hausnummer</w:t>
      </w:r>
    </w:p>
    <w:p>
      <w:r>
        <w:rPr>
          <w:b w:val="0"/>
          <w:sz w:val="20"/>
        </w:rPr>
        <w:t>PLZ Ort</w:t>
      </w:r>
    </w:p>
    <w:p/>
    <w:p/>
    <w:p>
      <w:r>
        <w:rPr>
          <w:b/>
          <w:sz w:val="20"/>
        </w:rPr>
        <w:t>Absender:</w:t>
      </w:r>
    </w:p>
    <w:p>
      <w:r>
        <w:rPr>
          <w:b w:val="0"/>
          <w:sz w:val="20"/>
        </w:rPr>
        <w:t>Vor- und Nachname : _________________________________________________</w:t>
      </w:r>
    </w:p>
    <w:p>
      <w:r>
        <w:rPr>
          <w:b w:val="0"/>
          <w:sz w:val="20"/>
        </w:rPr>
        <w:t>Straße und Hausnummer : _____________________________________________</w:t>
      </w:r>
    </w:p>
    <w:p>
      <w:r>
        <w:rPr>
          <w:b w:val="0"/>
          <w:sz w:val="20"/>
        </w:rPr>
        <w:t>PLZ Ort : ___________________________________________________________</w:t>
      </w:r>
    </w:p>
    <w:p>
      <w:r>
        <w:rPr>
          <w:b w:val="0"/>
          <w:sz w:val="20"/>
        </w:rPr>
        <w:t>Kundennummer : ______________________________________________________</w:t>
      </w:r>
    </w:p>
    <w:p>
      <w:r>
        <w:rPr>
          <w:b w:val="0"/>
          <w:sz w:val="20"/>
        </w:rPr>
        <w:t>Telefonnummer : _____________________________________________________</w:t>
      </w:r>
    </w:p>
    <w:p/>
    <w:p/>
    <w:p>
      <w:r>
        <w:rPr>
          <w:b/>
          <w:sz w:val="20"/>
        </w:rPr>
        <w:t>Betreff: Kündigung meines Autopflegevertrags</w:t>
      </w:r>
    </w:p>
    <w:p/>
    <w:p>
      <w:r>
        <w:rPr>
          <w:b w:val="0"/>
          <w:sz w:val="20"/>
        </w:rPr>
        <w:t>Hiermit kündige ich meinen mit Ihnen geschlossenen Autopflegevertrag fristgerecht zum nächstmöglichen Zeitpunkt. Bitte bestätigen Sie mir schriftlich den Erhalt dieser Kündigung sowie das Vertragsende.</w:t>
      </w:r>
    </w:p>
    <w:p/>
    <w:p>
      <w:r>
        <w:rPr>
          <w:b w:val="0"/>
          <w:sz w:val="20"/>
        </w:rPr>
        <w:t>Für Rückfragen stehe ich Ihnen unter den oben angegebenen Kontaktdaten gerne zur Verfügung.</w:t>
      </w:r>
    </w:p>
    <w:p/>
    <w:p/>
    <w:p>
      <w:r>
        <w:rPr>
          <w:b w:val="0"/>
          <w:sz w:val="20"/>
        </w:rPr>
        <w:t>Mit freundlichen Grüßen</w:t>
      </w:r>
    </w:p>
    <w:p/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Unterschrift : ________________________________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Name : _______________________________________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https://dokumentklar.com/santander-autocare-kundigen/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klar.com/santander-autocare-kundigen/" TargetMode="External"/><Relationship Id="rId10" Type="http://schemas.openxmlformats.org/officeDocument/2006/relationships/hyperlink" Target="https://dokument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