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SACHMÄNGELHAFTUNG AUTO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Firma / Name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/>
          <w:sz w:val="20"/>
        </w:rPr>
        <w:t>Mängelrüge und Aufforderung zur Nacherfüllung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mache ich von meinen Rechten aus der Sachmängelhaftung Gebrauch. Ich habe am ____________________ ein Fahrzeug bei Ihnen gekauft, Marke/Modell: ____________________, Fahrgestellnummer: ____________________.</w:t>
      </w:r>
    </w:p>
    <w:p/>
    <w:p>
      <w:r>
        <w:rPr>
          <w:b/>
          <w:sz w:val="20"/>
        </w:rPr>
        <w:t>Leider musste ich feststellen, dass folgende Sachmängel vorliegen: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Ich fordere Sie hiermit auf, den Mangel gemäß § 439 BGB durch Nachbesserung oder Nachlieferung innerhalb von 14 Tagen zu beheben. Bitte bestätigen Sie mir schriftlich den Erhalt dieses Schreibens und teilen Sie mir die weiteren Schritte mit.</w:t>
      </w:r>
    </w:p>
    <w:p/>
    <w:p>
      <w:r>
        <w:rPr>
          <w:b w:val="0"/>
          <w:sz w:val="20"/>
        </w:rPr>
        <w:t>Sollte die Nachbesserung nicht fristgerecht erfolgen, behalte ich mir vor, weitere Rechte geltend zu machen, insbesondere Minderung des Kaufpreises, Rücktritt vom Vertrag oder Schadensersatz.</w:t>
      </w:r>
    </w:p>
    <w:p/>
    <w:p>
      <w:r>
        <w:rPr>
          <w:b w:val="0"/>
          <w:sz w:val="20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https://dokumentklar.com/sachmangelhaftung-auto-musterbrief/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sachmangelhaftung-auto-musterbrief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