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RÜCKABTRETUNG DER SACHVERSTÄNDIGENKOSTEN</w:t>
      </w:r>
    </w:p>
    <w:p/>
    <w:p>
      <w:r>
        <w:rPr>
          <w:b/>
          <w:sz w:val="20"/>
        </w:rPr>
        <w:t>Zwischen</w:t>
      </w:r>
    </w:p>
    <w:p>
      <w:r>
        <w:rPr>
          <w:b w:val="0"/>
          <w:sz w:val="20"/>
        </w:rPr>
        <w:t>Name / Firma : _________________________________________________</w:t>
      </w:r>
    </w:p>
    <w:p>
      <w:r>
        <w:rPr>
          <w:b w:val="0"/>
          <w:sz w:val="20"/>
        </w:rPr>
        <w:t>Anschrift : _____________________________________________________</w:t>
      </w:r>
    </w:p>
    <w:p>
      <w:r>
        <w:rPr>
          <w:b w:val="0"/>
          <w:sz w:val="20"/>
        </w:rPr>
        <w:t>nachfolgend „Zedent“ genannt</w:t>
      </w:r>
    </w:p>
    <w:p/>
    <w:p>
      <w:r>
        <w:rPr>
          <w:b/>
          <w:sz w:val="20"/>
        </w:rPr>
        <w:t>und</w:t>
      </w:r>
    </w:p>
    <w:p>
      <w:r>
        <w:rPr>
          <w:b w:val="0"/>
          <w:sz w:val="20"/>
        </w:rPr>
        <w:t>Name / Firma : _________________________________________________</w:t>
      </w:r>
    </w:p>
    <w:p>
      <w:r>
        <w:rPr>
          <w:b w:val="0"/>
          <w:sz w:val="20"/>
        </w:rPr>
        <w:t>Anschrift : _____________________________________________________</w:t>
      </w:r>
    </w:p>
    <w:p>
      <w:r>
        <w:rPr>
          <w:b w:val="0"/>
          <w:sz w:val="20"/>
        </w:rPr>
        <w:t>nachfolgend „Zessionar“ genannt</w:t>
      </w:r>
    </w:p>
    <w:p/>
    <w:p>
      <w:r>
        <w:rPr>
          <w:b/>
          <w:sz w:val="20"/>
        </w:rPr>
        <w:t>Präambel</w:t>
      </w:r>
    </w:p>
    <w:p>
      <w:r>
        <w:rPr>
          <w:b w:val="0"/>
          <w:sz w:val="20"/>
        </w:rPr>
        <w:t>Der Zedent hat gegenüber Dritten Sachverständigenkosten geltend gemacht. Die hiermit erklärte Rückabtretung dient der Übertragung der Forderungen aus diesen Sachverständigenkosten.</w:t>
      </w:r>
    </w:p>
    <w:p/>
    <w:p>
      <w:r>
        <w:rPr>
          <w:b/>
          <w:sz w:val="20"/>
        </w:rPr>
        <w:t>§ 1 – Rückabtretung der Sachverständigenkosten</w:t>
      </w:r>
    </w:p>
    <w:p>
      <w:r>
        <w:rPr>
          <w:b w:val="0"/>
          <w:sz w:val="20"/>
        </w:rPr>
        <w:t>Der Zedent tritt hiermit die Forderungen aus den Sachverständigenkosten, die er gegenüber Dritten geltend macht oder geltend machen kann, vollständig und unwiderruflich an den Zessionar ab.</w:t>
      </w:r>
    </w:p>
    <w:p/>
    <w:p>
      <w:r>
        <w:rPr>
          <w:b/>
          <w:sz w:val="20"/>
        </w:rPr>
        <w:t>§ 2 – Umfang der Abtretung</w:t>
      </w:r>
    </w:p>
    <w:p>
      <w:r>
        <w:rPr>
          <w:b w:val="0"/>
          <w:sz w:val="20"/>
        </w:rPr>
        <w:t>Die Abtretung umfasst sämtliche Ansprüche auf Erstattung, Zahlung und sonstige Rechte aus oder im Zusammenhang mit den genannten Sachverständigenkosten. Der Zedent verpflichtet sich, alle zur Durchsetzung der Forderungen erforderlichen Informationen und Unterlagen dem Zessionar unverzüglich zur Verfügung zu stellen.</w:t>
      </w:r>
    </w:p>
    <w:p/>
    <w:p>
      <w:r>
        <w:rPr>
          <w:b/>
          <w:sz w:val="20"/>
        </w:rPr>
        <w:t>§ 3 – Mitteilung an Dritte</w:t>
      </w:r>
    </w:p>
    <w:p>
      <w:r>
        <w:rPr>
          <w:b w:val="0"/>
          <w:sz w:val="20"/>
        </w:rPr>
        <w:t>Der Zedent wird Dritte, insbesondere Schuldner der Forderungen, unverzüglich über die Abtretung informieren und dem Zessionar die erforderlichen Mitteilungen ermöglichen.</w:t>
      </w:r>
    </w:p>
    <w:p/>
    <w:p>
      <w:r>
        <w:rPr>
          <w:b/>
          <w:sz w:val="20"/>
        </w:rPr>
        <w:t>§ 4 – Gewährleistung und Zusicherungen</w:t>
      </w:r>
    </w:p>
    <w:p>
      <w:r>
        <w:rPr>
          <w:b w:val="0"/>
          <w:sz w:val="20"/>
        </w:rPr>
        <w:t>Der Zedent sichert zu, dass die abgetretenen Forderungen frei von Rechten Dritter sind und zum Zeitpunkt der Abtretung unbestritten und fällig sind. Im Falle von Einwendungen Dritter wird der Zedent den Zessionar unverzüglich informieren.</w:t>
      </w:r>
    </w:p>
    <w:p/>
    <w:p>
      <w:r>
        <w:rPr>
          <w:b/>
          <w:sz w:val="20"/>
        </w:rPr>
        <w:t>§ 5 – Rechtswahl und Gerichtsstand</w:t>
      </w:r>
    </w:p>
    <w:p>
      <w:r>
        <w:rPr>
          <w:b w:val="0"/>
          <w:sz w:val="20"/>
        </w:rPr>
        <w:t>Dieser Vertrag unterliegt dem Recht der Bundesrepublik Deutschland. Ausschließlicher Gerichtsstand für alle Streitigkeiten aus diesem Vertrag ist soweit zulässig der Sitz des Zessionars.</w:t>
      </w:r>
    </w:p>
    <w:p/>
    <w:p/>
    <w:p>
      <w:r>
        <w:rPr>
          <w:b w:val="0"/>
          <w:sz w:val="20"/>
        </w:rPr>
        <w:t>Ort : _____________________________________________________________</w:t>
      </w:r>
    </w:p>
    <w:p>
      <w:r>
        <w:rPr>
          <w:b w:val="0"/>
          <w:sz w:val="20"/>
        </w:rPr>
        <w:t>Datum :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ZEDENT</w:t>
            </w:r>
          </w:p>
        </w:tc>
        <w:tc>
          <w:tcPr>
            <w:tcW w:type="dxa" w:w="4986"/>
            <w:tcBorders>
              <w:top w:val="nil"/>
              <w:left w:val="nil"/>
              <w:bottom w:val="nil"/>
              <w:right w:val="nil"/>
              <w:insideH w:val="nil"/>
              <w:insideV w:val="nil"/>
            </w:tcBorders>
          </w:tcPr>
          <w:p>
            <w:pPr>
              <w:jc w:val="center"/>
            </w:pPr>
            <w:r>
              <w:t>ZESSIONAR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https://dokumentklar.com/ruckabtretung-sachverstandigenkosten-muster/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klar.com/ruckabtretung-sachverstandigenkosten-muster/" TargetMode="External"/><Relationship Id="rId10" Type="http://schemas.openxmlformats.org/officeDocument/2006/relationships/hyperlink" Target="https://dokument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