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INTERNSHIP CERTIFICATE</w:t>
      </w:r>
    </w:p>
    <w:p/>
    <w:p/>
    <w:p>
      <w:r>
        <w:rPr>
          <w:b w:val="0"/>
          <w:sz w:val="20"/>
        </w:rPr>
        <w:t>This is to certify that the person named below has successfully completed an internship at our company.</w:t>
      </w:r>
    </w:p>
    <w:p/>
    <w:p>
      <w:r>
        <w:rPr>
          <w:b/>
          <w:sz w:val="20"/>
        </w:rPr>
        <w:t>Intern Details:</w:t>
      </w:r>
    </w:p>
    <w:p>
      <w:r>
        <w:rPr>
          <w:b w:val="0"/>
          <w:sz w:val="20"/>
        </w:rPr>
        <w:t>Full Name : ________________________________________________________________</w:t>
      </w:r>
    </w:p>
    <w:p>
      <w:r>
        <w:rPr>
          <w:b w:val="0"/>
          <w:sz w:val="20"/>
        </w:rPr>
        <w:t>Date of Birth : _____________________________________________________________</w:t>
      </w:r>
    </w:p>
    <w:p>
      <w:r>
        <w:rPr>
          <w:b w:val="0"/>
          <w:sz w:val="20"/>
        </w:rPr>
        <w:t>Address : _________________________________________________________________</w:t>
      </w:r>
    </w:p>
    <w:p>
      <w:r>
        <w:rPr>
          <w:b w:val="0"/>
          <w:sz w:val="20"/>
        </w:rPr>
        <w:t>Educational Institution : _________________________________________________</w:t>
      </w:r>
    </w:p>
    <w:p/>
    <w:p>
      <w:r>
        <w:rPr>
          <w:b/>
          <w:sz w:val="20"/>
        </w:rPr>
        <w:t>Internship Details:</w:t>
      </w:r>
    </w:p>
    <w:p>
      <w:r>
        <w:rPr>
          <w:b w:val="0"/>
          <w:sz w:val="20"/>
        </w:rPr>
        <w:t>Position/Department : ______________________________________________________</w:t>
      </w:r>
    </w:p>
    <w:p>
      <w:r>
        <w:rPr>
          <w:b w:val="0"/>
          <w:sz w:val="20"/>
        </w:rPr>
        <w:t>Duration of Internship : From _______________ to _______________</w:t>
      </w:r>
    </w:p>
    <w:p>
      <w:r>
        <w:rPr>
          <w:b/>
          <w:sz w:val="20"/>
        </w:rPr>
        <w:t>Description of Activities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During the internship, the intern demonstrated commitment and fulfilled the assigned tasks to our satisfaction.</w:t>
      </w:r>
    </w:p>
    <w:p>
      <w:r>
        <w:rPr>
          <w:b w:val="0"/>
          <w:sz w:val="20"/>
        </w:rPr>
        <w:t>This certificate is issued for the purpose of confirming the completion of the internship.</w:t>
      </w:r>
    </w:p>
    <w:p/>
    <w:p/>
    <w:p>
      <w:r>
        <w:rPr>
          <w:b w:val="0"/>
          <w:sz w:val="20"/>
        </w:rPr>
        <w:t>Place, Date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SUPERVISOR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INTERN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https://dokumentklar.com/praktikumsbescheinigung-englisch-vorlage/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praktikumsbescheinigung-englisch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