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FÜR POSITIVES FEEDBACK SCHREIBEN</w:t>
      </w:r>
    </w:p>
    <w:p/>
    <w:p/>
    <w:p>
      <w:r>
        <w:rPr>
          <w:b w:val="0"/>
          <w:sz w:val="20"/>
        </w:rPr>
        <w:t>Sehr geehrte/r Frau/Herr ____________________,</w:t>
      </w:r>
    </w:p>
    <w:p/>
    <w:p>
      <w:r>
        <w:rPr>
          <w:b w:val="0"/>
          <w:sz w:val="20"/>
        </w:rPr>
        <w:t>mit diesem Schreiben möchte ich Ihnen mein ausdrückliches Lob und meine Anerkennung aussprechen.</w:t>
      </w:r>
    </w:p>
    <w:p>
      <w:r>
        <w:rPr>
          <w:b w:val="0"/>
          <w:sz w:val="20"/>
        </w:rPr>
        <w:t>Ihre engagierte und professionelle Arbeitsweise hat zu hervorragenden Ergebnissen geführt, die ich sehr schätze.</w:t>
      </w:r>
    </w:p>
    <w:p/>
    <w:p>
      <w:r>
        <w:rPr>
          <w:b/>
          <w:sz w:val="20"/>
        </w:rPr>
        <w:t>Besonders hervorheben möchte ich:</w:t>
      </w:r>
    </w:p>
    <w:p>
      <w:r>
        <w:rPr>
          <w:b w:val="0"/>
          <w:sz w:val="20"/>
        </w:rPr>
        <w:t>- Ihre Zuverlässigkeit und Termintreue.</w:t>
      </w:r>
    </w:p>
    <w:p>
      <w:r>
        <w:rPr>
          <w:b w:val="0"/>
          <w:sz w:val="20"/>
        </w:rPr>
        <w:t>- Die hohe Qualität Ihrer Arbeit und Ihr Fachwissen.</w:t>
      </w:r>
    </w:p>
    <w:p>
      <w:r>
        <w:rPr>
          <w:b w:val="0"/>
          <w:sz w:val="20"/>
        </w:rPr>
        <w:t>- Ihr freundliches und kollegiales Verhalten im Team.</w:t>
      </w:r>
    </w:p>
    <w:p>
      <w:r>
        <w:rPr>
          <w:b w:val="0"/>
          <w:sz w:val="20"/>
        </w:rPr>
        <w:t>- Ihre Bereitschaft, Verantwortung zu übernehmen und selbstständig Lösungen zu finden.</w:t>
      </w:r>
    </w:p>
    <w:p/>
    <w:p>
      <w:r>
        <w:rPr>
          <w:b w:val="0"/>
          <w:sz w:val="20"/>
        </w:rPr>
        <w:t>Dank Ihres Einsatzes konnten wir die Projektziele erfolgreich erreichen und die Kundenzufriedenheit deutlich steigern.</w:t>
      </w:r>
    </w:p>
    <w:p/>
    <w:p>
      <w:r>
        <w:rPr>
          <w:b w:val="0"/>
          <w:sz w:val="20"/>
        </w:rPr>
        <w:t>Ich freue mich auf die weitere Zusammenarbeit und bin überzeugt, dass Sie weiterhin wertvolle Beiträge leisten werden.</w:t>
      </w:r>
    </w:p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des Absenders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Position / Abteilung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https://dokumentklar.com/positives-feedback-schreiben-muster/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positives-feedback-schreiben-muster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