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FORMULAR PDU2 – MITTEILUNG ÜBER ARBEITSLOSIGKEIT</w:t>
      </w:r>
    </w:p>
    <w:p/>
    <w:p>
      <w:r>
        <w:rPr>
          <w:b/>
          <w:sz w:val="20"/>
        </w:rPr>
        <w:t>Persönliche Angaben des Antragstellers / der Antragstellerin: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Geburtsname (falls abweichend) : ____________________________________</w:t>
      </w:r>
    </w:p>
    <w:p>
      <w:r>
        <w:rPr>
          <w:b w:val="0"/>
          <w:sz w:val="20"/>
        </w:rPr>
        <w:t>Geburtsdatum : ____________________________________________________</w:t>
      </w:r>
    </w:p>
    <w:p>
      <w:r>
        <w:rPr>
          <w:b w:val="0"/>
          <w:sz w:val="20"/>
        </w:rPr>
        <w:t>Anschrift (Straße, Hausnummer, PLZ, Ort) : 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>
      <w:r>
        <w:rPr>
          <w:b w:val="0"/>
          <w:sz w:val="20"/>
        </w:rPr>
        <w:t>Versicherungsnummer : _____________________________________________</w:t>
      </w:r>
    </w:p>
    <w:p/>
    <w:p>
      <w:r>
        <w:rPr>
          <w:b/>
          <w:sz w:val="20"/>
        </w:rPr>
        <w:t>Angaben zum zuletzt ausgeübten Beschäftigungsverhältnis:</w:t>
      </w:r>
    </w:p>
    <w:p>
      <w:r>
        <w:rPr>
          <w:b w:val="0"/>
          <w:sz w:val="20"/>
        </w:rPr>
        <w:t>Arbeitgeber (Name und Anschrift) : _________________________________</w:t>
      </w:r>
    </w:p>
    <w:p>
      <w:r>
        <w:rPr>
          <w:b w:val="0"/>
          <w:sz w:val="20"/>
        </w:rPr>
        <w:t>Beschäftigungsbeginn : ___________________    Beschäftigungsende : ______________</w:t>
      </w:r>
    </w:p>
    <w:p>
      <w:r>
        <w:rPr>
          <w:b w:val="0"/>
          <w:sz w:val="20"/>
        </w:rPr>
        <w:t>Art der Beschäftigung : _______________________________________________</w:t>
      </w:r>
    </w:p>
    <w:p>
      <w:r>
        <w:rPr>
          <w:b w:val="0"/>
          <w:sz w:val="20"/>
        </w:rPr>
        <w:t>Beschäftigungsumfang (Stunden/Woche) : ______________________________</w:t>
      </w:r>
    </w:p>
    <w:p/>
    <w:p>
      <w:r>
        <w:rPr>
          <w:b/>
          <w:sz w:val="20"/>
        </w:rPr>
        <w:t>Angaben zur Arbeitslosigkeit:</w:t>
      </w:r>
    </w:p>
    <w:p>
      <w:r>
        <w:rPr>
          <w:b w:val="0"/>
          <w:sz w:val="20"/>
        </w:rPr>
        <w:t>Datum der Arbeitslosmeldung : ______________________________________</w:t>
      </w:r>
    </w:p>
    <w:p>
      <w:r>
        <w:rPr>
          <w:b w:val="0"/>
          <w:sz w:val="20"/>
        </w:rPr>
        <w:t>Grund der Arbeitslosigkeit : ________________________________________</w:t>
      </w:r>
    </w:p>
    <w:p>
      <w:r>
        <w:rPr>
          <w:b w:val="0"/>
          <w:sz w:val="20"/>
        </w:rPr>
        <w:t>Sind Sie arbeitsunfähig erkrankt?  [  ] Ja   [  ] Nein</w:t>
      </w:r>
    </w:p>
    <w:p>
      <w:r>
        <w:rPr>
          <w:b w:val="0"/>
          <w:sz w:val="20"/>
        </w:rPr>
        <w:t>Falls ja, bitte voraussichtliche Dauer angeben : ______________________</w:t>
      </w:r>
    </w:p>
    <w:p/>
    <w:p>
      <w:r>
        <w:rPr>
          <w:b/>
          <w:sz w:val="20"/>
        </w:rPr>
        <w:t>Angaben zu weiteren Leistungen / Unterstützungen:</w:t>
      </w:r>
    </w:p>
    <w:p>
      <w:r>
        <w:rPr>
          <w:b w:val="0"/>
          <w:sz w:val="20"/>
        </w:rPr>
        <w:t>Beziehen Sie derzeit andere Leistungen?  [  ] Ja   [  ] Nein</w:t>
      </w:r>
    </w:p>
    <w:p>
      <w:r>
        <w:rPr>
          <w:b w:val="0"/>
          <w:sz w:val="20"/>
        </w:rPr>
        <w:t>Falls ja, welche? ___________________________________________________</w:t>
      </w:r>
    </w:p>
    <w:p>
      <w:r>
        <w:rPr>
          <w:b w:val="0"/>
          <w:sz w:val="20"/>
        </w:rPr>
        <w:t>Sind Sie in einem Bewerbungs- oder Qualifizierungsprogramm?  [  ] Ja   [  ] Nein</w:t>
      </w:r>
    </w:p>
    <w:p>
      <w:r>
        <w:rPr>
          <w:b w:val="0"/>
          <w:sz w:val="20"/>
        </w:rPr>
        <w:t>Falls ja, Name des Programms : _______________________________________</w:t>
      </w:r>
    </w:p>
    <w:p/>
    <w:p>
      <w:r>
        <w:rPr>
          <w:b/>
          <w:sz w:val="20"/>
        </w:rPr>
        <w:t>Erklärung:</w:t>
      </w:r>
    </w:p>
    <w:p>
      <w:r>
        <w:rPr>
          <w:b w:val="0"/>
          <w:sz w:val="20"/>
        </w:rPr>
        <w:t>Ich versichere, dass die gemachten Angaben wahrheitsgemäß und vollständig sind. Mir ist bekannt, dass falsche Angaben rechtliche Folgen haben können.</w:t>
      </w:r>
    </w:p>
    <w:p/>
    <w:p/>
    <w:p>
      <w:r>
        <w:rPr>
          <w:b w:val="0"/>
          <w:sz w:val="20"/>
        </w:rPr>
        <w:t>Ort : ________________________________________      Datum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Antragsteller/in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Sachbearbeiter/in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https://dokumentklar.com/pdu2-formular-arbeitsagentur/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pdu2-formular-arbeitsagentu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