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PATRONATSERKLÄRUNG (MUSTER)</w:t>
      </w:r>
    </w:p>
    <w:p/>
    <w:p>
      <w:r>
        <w:rPr>
          <w:b/>
          <w:sz w:val="20"/>
        </w:rPr>
        <w:t>Zwischen den nachstehend genannten Parteien wird folgende Patronatserklärung abgegeben:</w:t>
      </w:r>
    </w:p>
    <w:p/>
    <w:p>
      <w:r>
        <w:rPr>
          <w:b/>
          <w:sz w:val="20"/>
        </w:rPr>
        <w:t>Angaben zum Patronatserklärer: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Vertreten durch : 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zum Begünstigten: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Geschäftsführer / Vertretungsberechtigte Person : 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Der Patronatserklärer erklärt hiermit gegenüber dem Begünstigten und dessen Kreditinstituten,</w:t>
      </w:r>
    </w:p>
    <w:p>
      <w:r>
        <w:rPr>
          <w:b w:val="0"/>
          <w:sz w:val="20"/>
        </w:rPr>
        <w:t>dass er nach besten Kräften dafür Sorge tragen wird, dass der Begünstigte seine vertraglichen</w:t>
      </w:r>
    </w:p>
    <w:p>
      <w:r>
        <w:rPr>
          <w:b w:val="0"/>
          <w:sz w:val="20"/>
        </w:rPr>
        <w:t>Zahlungsverpflichtungen erfüllt und seiner wirtschaftlichen Verantwortung nachkommt.</w:t>
      </w:r>
    </w:p>
    <w:p>
      <w:r>
        <w:rPr>
          <w:b w:val="0"/>
          <w:sz w:val="20"/>
        </w:rPr>
        <w:t>Diese Erklärung stellt keine selbständige Bürgschaft oder Garantie dar, sondern dient der</w:t>
      </w:r>
    </w:p>
    <w:p>
      <w:r>
        <w:rPr>
          <w:b w:val="0"/>
          <w:sz w:val="20"/>
        </w:rPr>
        <w:t>Vertrauensbildung gegenüber den Kreditinstituten und Geschäftspartnern des Begünstigten.</w:t>
      </w:r>
    </w:p>
    <w:p/>
    <w:p>
      <w:r>
        <w:rPr>
          <w:b/>
          <w:sz w:val="20"/>
        </w:rPr>
        <w:t>Rechtsverbindlichkeit:</w:t>
      </w:r>
    </w:p>
    <w:p>
      <w:r>
        <w:rPr>
          <w:b w:val="0"/>
          <w:sz w:val="20"/>
        </w:rPr>
        <w:t>Die Patronatserklärung ist rechtlich unverbindlich und begründet keine unmittelbaren Ansprüche</w:t>
      </w:r>
    </w:p>
    <w:p>
      <w:r>
        <w:rPr>
          <w:b w:val="0"/>
          <w:sz w:val="20"/>
        </w:rPr>
        <w:t>gegen den Patronatserklärer. Sie ersetzt keine vertraglichen Sicherheiten oder Garantien.</w:t>
      </w:r>
    </w:p>
    <w:p/>
    <w:p>
      <w:r>
        <w:rPr>
          <w:b/>
          <w:sz w:val="20"/>
        </w:rPr>
        <w:t>Sonstige Vereinbarungen: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Patronatserklärer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Begünstigter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Position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Position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https://dokumentklar.com/patronatserklarung-muster-ihk/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patronatserklarung-muster-ihk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