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NACHHALTIGKEITSERKLÄRUNG</w:t>
      </w:r>
    </w:p>
    <w:p/>
    <w:p>
      <w:r>
        <w:rPr>
          <w:b/>
          <w:sz w:val="20"/>
        </w:rPr>
        <w:t>Diese Erklärung bestätigt die Einhaltung der geltenden Nachhaltigkeitsanforderungen im Rahmen der Lieferkette.</w:t>
      </w:r>
    </w:p>
    <w:p/>
    <w:p>
      <w:r>
        <w:rPr>
          <w:b/>
          <w:sz w:val="20"/>
        </w:rPr>
        <w:t>Angaben zum Unternehmen:</w:t>
      </w:r>
    </w:p>
    <w:p>
      <w:r>
        <w:rPr>
          <w:b w:val="0"/>
          <w:sz w:val="20"/>
        </w:rPr>
        <w:t>Name/Firma : 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</w:t>
      </w:r>
    </w:p>
    <w:p>
      <w:r>
        <w:rPr>
          <w:b w:val="0"/>
          <w:sz w:val="20"/>
        </w:rPr>
        <w:t>Handelsregisternummer : ___________________________________________________</w:t>
      </w:r>
    </w:p>
    <w:p>
      <w:r>
        <w:rPr>
          <w:b w:val="0"/>
          <w:sz w:val="20"/>
        </w:rPr>
        <w:t>Vertreten durch : _________________________________________________________</w:t>
      </w:r>
    </w:p>
    <w:p/>
    <w:p>
      <w:r>
        <w:rPr>
          <w:b/>
          <w:sz w:val="20"/>
        </w:rPr>
        <w:t>Verpflichtungen zur Nachhaltigkeit:</w:t>
      </w:r>
    </w:p>
    <w:p>
      <w:r>
        <w:rPr>
          <w:b w:val="0"/>
          <w:sz w:val="20"/>
        </w:rPr>
        <w:t>1. Das Unternehmen verpflichtet sich, alle relevanten Umwelt- und Sozialstandards gemäß den gesetzlichen Vorgaben einzuhalten.</w:t>
      </w:r>
    </w:p>
    <w:p>
      <w:r>
        <w:rPr>
          <w:b w:val="0"/>
          <w:sz w:val="20"/>
        </w:rPr>
        <w:t>2. Es werden Maßnahmen zur Ressourcenschonung, Abfallvermeidung und Emissionsreduktion umgesetzt.</w:t>
      </w:r>
    </w:p>
    <w:p>
      <w:r>
        <w:rPr>
          <w:b w:val="0"/>
          <w:sz w:val="20"/>
        </w:rPr>
        <w:t>3. Lieferanten werden nach Nachhaltigkeitskriterien ausgewählt und regelmäßig überprüft.</w:t>
      </w:r>
    </w:p>
    <w:p>
      <w:r>
        <w:rPr>
          <w:b w:val="0"/>
          <w:sz w:val="20"/>
        </w:rPr>
        <w:t>4. Die Einhaltung von Arbeitsschutz- und Menschenrechtsstandards ist gewährleistet.</w:t>
      </w:r>
    </w:p>
    <w:p/>
    <w:p>
      <w:r>
        <w:rPr>
          <w:b/>
          <w:sz w:val="20"/>
        </w:rPr>
        <w:t>Verantwortung und Kontrolle:</w:t>
      </w:r>
    </w:p>
    <w:p>
      <w:r>
        <w:rPr>
          <w:b w:val="0"/>
          <w:sz w:val="20"/>
        </w:rPr>
        <w:t>Das Unternehmen stellt sicher, dass sämtliche Nachhaltigkeitsmaßnahmen dokumentiert und kontinuierlich verbessert werden. Externe Audits und interne Kontrollen dienen der Überwachung der Einhaltung.</w:t>
      </w:r>
    </w:p>
    <w:p/>
    <w:p>
      <w:r>
        <w:rPr>
          <w:b/>
          <w:sz w:val="20"/>
        </w:rPr>
        <w:t>Haftungsausschluss:</w:t>
      </w:r>
    </w:p>
    <w:p>
      <w:r>
        <w:rPr>
          <w:b w:val="0"/>
          <w:sz w:val="20"/>
        </w:rPr>
        <w:t>Diese Erklärung dient der freiwilligen Selbstverpflichtung und stellt keinen Ersatz für gesetzliche Pflichten dar. Bei Verstößen behalten sich die Vertragspartner angemessene Maßnahmen vor.</w:t>
      </w:r>
    </w:p>
    <w:p/>
    <w:p/>
    <w:p>
      <w:r>
        <w:rPr>
          <w:b w:val="0"/>
          <w:sz w:val="20"/>
        </w:rPr>
        <w:t>Ort : _________________________________________________________________</w:t>
      </w:r>
    </w:p>
    <w:p>
      <w:r>
        <w:rPr>
          <w:b w:val="0"/>
          <w:sz w:val="20"/>
        </w:rPr>
        <w:t>Name des Unterzeichners : _______________________________________________</w:t>
      </w:r>
    </w:p>
    <w:p>
      <w:r>
        <w:rPr>
          <w:b w:val="0"/>
          <w:sz w:val="20"/>
        </w:rPr>
        <w:t>Funktion : 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UNTERNEHMEN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GEGENÜBER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https://dokumentklar.com/nachhaltigkeitserklarung-muster/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nachhaltigkeitserklarung-muster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