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MUSTERSCHREIBEN</w:t>
      </w:r>
    </w:p>
    <w:p>
      <w:pPr>
        <w:jc w:val="center"/>
      </w:pPr>
      <w:r>
        <w:rPr>
          <w:b/>
          <w:sz w:val="20"/>
        </w:rPr>
        <w:t>ÜBERSCHREITUNG DER JAHRESARBEITSENTGELTGRENZE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der Krankenkasse : 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Betreff: Überschreitung der Jahresarbeitsentgeltgrenze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informiere ich Sie darüber, dass mein Jahresarbeitsentgelt die gesetzlich festgelegte Jahresarbeitsentgeltgrenze überschritten hat.</w:t>
      </w:r>
    </w:p>
    <w:p/>
    <w:p>
      <w:r>
        <w:rPr>
          <w:b/>
          <w:sz w:val="20"/>
        </w:rPr>
        <w:t>Meine persönlichen Daten lauten wie folgt: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_____________________________________________________</w:t>
      </w:r>
    </w:p>
    <w:p>
      <w:r>
        <w:rPr>
          <w:b w:val="0"/>
          <w:sz w:val="20"/>
        </w:rPr>
        <w:t>Versichertennummer : _______________________________________________</w:t>
      </w:r>
    </w:p>
    <w:p/>
    <w:p>
      <w:r>
        <w:rPr>
          <w:b/>
          <w:sz w:val="20"/>
        </w:rPr>
        <w:t>Beschäftigungsverhältnis:</w:t>
      </w:r>
    </w:p>
    <w:p>
      <w:r>
        <w:rPr>
          <w:b w:val="0"/>
          <w:sz w:val="20"/>
        </w:rPr>
        <w:t>Arbeitgeber : ______________________________________________________</w:t>
      </w:r>
    </w:p>
    <w:p>
      <w:r>
        <w:rPr>
          <w:b w:val="0"/>
          <w:sz w:val="20"/>
        </w:rPr>
        <w:t>Beschäftigungsbeginn : _____________________________________________</w:t>
      </w:r>
    </w:p>
    <w:p>
      <w:r>
        <w:rPr>
          <w:b w:val="0"/>
          <w:sz w:val="20"/>
        </w:rPr>
        <w:t>Beschäftigungsende (falls zutreffend) : ______________________________</w:t>
      </w:r>
    </w:p>
    <w:p/>
    <w:p>
      <w:r>
        <w:rPr>
          <w:b w:val="0"/>
          <w:sz w:val="20"/>
        </w:rPr>
        <w:t>Ich bitte Sie, dies bei der weiteren Beitragsberechnung zu berücksichtigen und mich über eventuelle Änderungen meiner Versicherungspflicht zu informieren.</w:t>
      </w:r>
    </w:p>
    <w:p/>
    <w:p>
      <w:r>
        <w:rPr>
          <w:b w:val="0"/>
          <w:sz w:val="20"/>
        </w:rPr>
        <w:t>Falls weitere Unterlagen oder Nachweise benötigt werden, stehe ich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https://dokumentklar.com/musterschreiben-uberschreitung-jahresarbeitsentgeltgrenze/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musterschreiben-uberschreitung-jahresarbeitsentgeltgrenz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