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MUSTERSCHREIBEN ZUR GEWINNERZIELUNGSAFFINITÄT</w:t>
      </w:r>
    </w:p>
    <w:p/>
    <w:p>
      <w:r>
        <w:rPr>
          <w:b/>
          <w:sz w:val="20"/>
        </w:rPr>
        <w:t>An:</w:t>
      </w:r>
    </w:p>
    <w:p>
      <w:r>
        <w:rPr>
          <w:b w:val="0"/>
          <w:sz w:val="20"/>
        </w:rPr>
        <w:t>Finanzamt ________________________________</w:t>
      </w:r>
    </w:p>
    <w:p>
      <w:r>
        <w:rPr>
          <w:b w:val="0"/>
          <w:sz w:val="20"/>
        </w:rPr>
        <w:t>Straße und Hausnummer ________________________________</w:t>
      </w:r>
    </w:p>
    <w:p>
      <w:r>
        <w:rPr>
          <w:b w:val="0"/>
          <w:sz w:val="20"/>
        </w:rPr>
        <w:t>PLZ und Ort ________________________________</w:t>
      </w:r>
    </w:p>
    <w:p/>
    <w:p/>
    <w:p>
      <w:r>
        <w:rPr>
          <w:b/>
          <w:sz w:val="20"/>
        </w:rPr>
        <w:t>Betreff: Darstellung der Gewinnerzielungsabsicht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möchte ich Ihnen im Rahmen meiner steuerlichen Veranlagung darlegen, dass meine Tätigkeit als</w:t>
      </w:r>
    </w:p>
    <w:p>
      <w:r>
        <w:rPr>
          <w:b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erfolgsorientiert ausgeübt wird und somit Gewinnerzielungsabsicht vorliegt.</w:t>
      </w:r>
    </w:p>
    <w:p/>
    <w:p>
      <w:r>
        <w:rPr>
          <w:b/>
          <w:sz w:val="20"/>
        </w:rPr>
        <w:t>1. Beschreibung der Tätigkeit</w:t>
      </w:r>
    </w:p>
    <w:p>
      <w:r>
        <w:rPr>
          <w:b w:val="0"/>
          <w:sz w:val="20"/>
        </w:rPr>
        <w:t>Bei meiner Tätigkeit handelt es sich um eine auf nachhaltige wirtschaftliche Erträge ausgerichtete Tätigkeit. Ich strebe an, durch</w:t>
      </w:r>
    </w:p>
    <w:p>
      <w:r>
        <w:rPr>
          <w:b/>
          <w:sz w:val="20"/>
        </w:rPr>
        <w:t>_____________________________________________________________</w:t>
      </w:r>
    </w:p>
    <w:p>
      <w:r>
        <w:rPr>
          <w:b w:val="0"/>
          <w:sz w:val="20"/>
        </w:rPr>
        <w:t>Einnahmen zu erzielen, die die Betriebsausgaben übersteigen.</w:t>
      </w:r>
    </w:p>
    <w:p/>
    <w:p>
      <w:r>
        <w:rPr>
          <w:b/>
          <w:sz w:val="20"/>
        </w:rPr>
        <w:t>2. Maßnahmen zur Gewinnerzielung</w:t>
      </w:r>
    </w:p>
    <w:p>
      <w:r>
        <w:rPr>
          <w:b w:val="0"/>
          <w:sz w:val="20"/>
        </w:rPr>
        <w:t>Zur Erreichung der Gewinnerzielung setze ich folgende Maßnahmen ein:</w:t>
      </w:r>
    </w:p>
    <w:p>
      <w:r>
        <w:rPr>
          <w:b w:val="0"/>
          <w:sz w:val="20"/>
        </w:rPr>
        <w:t>- Marktgerechte Preisgestaltung</w:t>
      </w:r>
    </w:p>
    <w:p>
      <w:r>
        <w:rPr>
          <w:b w:val="0"/>
          <w:sz w:val="20"/>
        </w:rPr>
        <w:t>- Kundenakquise und -bindung</w:t>
      </w:r>
    </w:p>
    <w:p>
      <w:r>
        <w:rPr>
          <w:b w:val="0"/>
          <w:sz w:val="20"/>
        </w:rPr>
        <w:t>- Kostenkontrolle und Investitionen</w:t>
      </w:r>
    </w:p>
    <w:p>
      <w:r>
        <w:rPr>
          <w:b w:val="0"/>
          <w:sz w:val="20"/>
        </w:rPr>
        <w:t>- Dokumentation der Geschäftsvorfälle</w:t>
      </w:r>
    </w:p>
    <w:p/>
    <w:p>
      <w:r>
        <w:rPr>
          <w:b/>
          <w:sz w:val="20"/>
        </w:rPr>
        <w:t>3. Wirtschaftliche Planungen</w:t>
      </w:r>
    </w:p>
    <w:p>
      <w:r>
        <w:rPr>
          <w:b w:val="0"/>
          <w:sz w:val="20"/>
        </w:rPr>
        <w:t>Ich habe eine realistische Umsatz- und Gewinnplanung aufgestellt, die folgende Eckdaten umfasst:</w:t>
      </w:r>
    </w:p>
    <w:p>
      <w:r>
        <w:rPr>
          <w:b w:val="0"/>
          <w:sz w:val="20"/>
        </w:rPr>
        <w:t>- Erwartete Umsatzerlöse: ____________________________________</w:t>
      </w:r>
    </w:p>
    <w:p>
      <w:r>
        <w:rPr>
          <w:b w:val="0"/>
          <w:sz w:val="20"/>
        </w:rPr>
        <w:t>- Erwartete Betriebsausgaben: _________________________________</w:t>
      </w:r>
    </w:p>
    <w:p>
      <w:r>
        <w:rPr>
          <w:b w:val="0"/>
          <w:sz w:val="20"/>
        </w:rPr>
        <w:t>- Erwarteter Gewinn: __________________________________________</w:t>
      </w:r>
    </w:p>
    <w:p/>
    <w:p>
      <w:r>
        <w:rPr>
          <w:b/>
          <w:sz w:val="20"/>
        </w:rPr>
        <w:t>4. Dauer und Nachhaltigkeit der Tätigkeit</w:t>
      </w:r>
    </w:p>
    <w:p>
      <w:r>
        <w:rPr>
          <w:b w:val="0"/>
          <w:sz w:val="20"/>
        </w:rPr>
        <w:t>Die Tätigkeit wird dauerhaft und mit dem Ziel der nachhaltigen Gewinnerzielung ausgeübt. Kurzfristige Verluste sind eingeplant und werden durch</w:t>
      </w:r>
    </w:p>
    <w:p>
      <w:r>
        <w:rPr>
          <w:b/>
          <w:sz w:val="20"/>
        </w:rPr>
        <w:t>_____________________________________________________________</w:t>
      </w:r>
    </w:p>
    <w:p>
      <w:r>
        <w:rPr>
          <w:b w:val="0"/>
          <w:sz w:val="20"/>
        </w:rPr>
        <w:t>langfristige Erträge ausgeglichen.</w:t>
      </w:r>
    </w:p>
    <w:p/>
    <w:p>
      <w:r>
        <w:rPr>
          <w:b w:val="0"/>
          <w:sz w:val="20"/>
        </w:rPr>
        <w:t>Ich bitte Sie höflich, die Gewinnerzielungsabsicht meiner Tätigkeit bei der steuerlichen Würdigung zu berücksichtigen.</w:t>
      </w:r>
    </w:p>
    <w:p/>
    <w:p/>
    <w:p>
      <w:r>
        <w:rPr>
          <w:b w:val="0"/>
          <w:sz w:val="20"/>
        </w:rPr>
        <w:t>Mit freundlichen Grüßen</w:t>
      </w:r>
    </w:p>
    <w:p/>
    <w:p/>
    <w:p/>
    <w:p/>
    <w:p>
      <w:pPr>
        <w:jc w:val="center"/>
      </w:pPr>
      <w:r>
        <w:rPr>
          <w:b w:val="0"/>
          <w:sz w:val="20"/>
        </w:rPr>
        <w:t>_________________________________</w:t>
      </w:r>
    </w:p>
    <w:p>
      <w:pPr>
        <w:jc w:val="center"/>
      </w:pPr>
      <w:r>
        <w:rPr>
          <w:b w:val="0"/>
          <w:sz w:val="20"/>
        </w:rPr>
        <w:t>Unterschrift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Ort: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_________________________________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Datum: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https://dokumentklar.com/musterschreiben-gewinnerzielungsabsicht/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klar.com/musterschreiben-gewinnerzielungsabsicht/" TargetMode="External"/><Relationship Id="rId10" Type="http://schemas.openxmlformats.org/officeDocument/2006/relationships/hyperlink" Target="https://dokument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