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FALSCHBERATUNG VERSICHERUNG</w:t>
      </w:r>
    </w:p>
    <w:p/>
    <w:p>
      <w:r>
        <w:rPr>
          <w:b/>
          <w:sz w:val="20"/>
        </w:rPr>
        <w:t>Absender :</w:t>
      </w:r>
    </w:p>
    <w:p>
      <w:r>
        <w:rPr>
          <w:b w:val="0"/>
          <w:sz w:val="20"/>
        </w:rPr>
        <w:t>Vor- und Nachname : 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r>
        <w:rPr>
          <w:b w:val="0"/>
          <w:sz w:val="20"/>
        </w:rPr>
        <w:t>E-Mail : ____________________________________________________________</w:t>
      </w:r>
    </w:p>
    <w:p/>
    <w:p>
      <w:r>
        <w:rPr>
          <w:b/>
          <w:sz w:val="20"/>
        </w:rPr>
        <w:t>Empfänger :</w:t>
      </w:r>
    </w:p>
    <w:p>
      <w:r>
        <w:rPr>
          <w:b w:val="0"/>
          <w:sz w:val="20"/>
        </w:rPr>
        <w:t>Name der Versicherungsgesellschaft : _______________________________</w:t>
      </w:r>
    </w:p>
    <w:p>
      <w:r>
        <w:rPr>
          <w:b w:val="0"/>
          <w:sz w:val="20"/>
        </w:rPr>
        <w:t>Abteilung / Ansprechpartner : _______________________________________</w:t>
      </w:r>
    </w:p>
    <w:p>
      <w:r>
        <w:rPr>
          <w:b w:val="0"/>
          <w:sz w:val="20"/>
        </w:rPr>
        <w:t>Anschrift : _________________________________________________________</w:t>
      </w:r>
    </w:p>
    <w:p/>
    <w:p>
      <w:r>
        <w:rPr>
          <w:b/>
          <w:sz w:val="20"/>
        </w:rPr>
        <w:t>Betreff :</w:t>
      </w:r>
    </w:p>
    <w:p>
      <w:r>
        <w:rPr>
          <w:b w:val="0"/>
          <w:sz w:val="20"/>
        </w:rPr>
        <w:t>Beschwerde wegen Falschberatung und Aufforderung zur Schadensregulierung</w:t>
      </w:r>
    </w:p>
    <w:p/>
    <w:p/>
    <w:p>
      <w:r>
        <w:rPr>
          <w:b w:val="0"/>
          <w:sz w:val="20"/>
        </w:rPr>
        <w:t>Sehr geehrte Damen und Herren,</w:t>
      </w:r>
    </w:p>
    <w:p/>
    <w:p>
      <w:r>
        <w:rPr>
          <w:b w:val="0"/>
          <w:sz w:val="20"/>
        </w:rPr>
        <w:t>hiermit mache ich bezüglich der von Ihnen durchgeführten Beratung zum Versicherungsschutz folgende Beschwerde geltend. Leider musste ich feststellen, dass die Beratung nicht den vertraglichen und gesetzlichen Anforderungen entsprach und mich somit zu einem für mich nachteiligen Vertragsabschluss veranlasst hat.</w:t>
      </w:r>
    </w:p>
    <w:p/>
    <w:p>
      <w:r>
        <w:rPr>
          <w:b w:val="0"/>
          <w:sz w:val="20"/>
        </w:rPr>
        <w:t>Die Beratung war unvollständig und nicht transparent, insbesondere wurden wichtige Informationen zu Leistungsausschlüssen und Vertragsbedingungen nicht oder nur unzureichend erläutert. Durch diese Falschberatung sind mir nachweislich finanzielle Nachteile entstanden.</w:t>
      </w:r>
    </w:p>
    <w:p/>
    <w:p>
      <w:r>
        <w:rPr>
          <w:b w:val="0"/>
          <w:sz w:val="20"/>
        </w:rPr>
        <w:t>Ich fordere Sie hiermit auf, die entstandenen Schäden vollständig zu regulieren und mich schriftlich über die weiteren Schritte zu informieren.</w:t>
      </w:r>
    </w:p>
    <w:p/>
    <w:p>
      <w:r>
        <w:rPr>
          <w:b w:val="0"/>
          <w:sz w:val="20"/>
        </w:rPr>
        <w:t>Sollte innerhalb von 14 Tagen keine zufriedenstellende Rückmeldung erfolgen, sehe ich mich gezwungen, rechtliche Schritte einzuleiten.</w:t>
      </w:r>
    </w:p>
    <w:p/>
    <w:p/>
    <w:p>
      <w:r>
        <w:rPr>
          <w:b w:val="0"/>
          <w:sz w:val="20"/>
        </w:rPr>
        <w:t>Mit freundlichen Grüßen</w:t>
      </w:r>
    </w:p>
    <w:p/>
    <w:p/>
    <w:p/>
    <w:p/>
    <w:p>
      <w:pPr>
        <w:jc w:val="center"/>
      </w:pPr>
      <w:r>
        <w:rPr>
          <w:b w:val="0"/>
          <w:sz w:val="20"/>
        </w:rPr>
        <w:t>_______________________________</w:t>
      </w:r>
    </w:p>
    <w:p>
      <w:pPr>
        <w:jc w:val="center"/>
      </w:pPr>
      <w:r>
        <w:rPr>
          <w:b w:val="0"/>
          <w:sz w:val="20"/>
        </w:rPr>
        <w:t>Unterschrift</w:t>
      </w:r>
    </w:p>
    <w:p/>
    <w:p/>
    <w:p>
      <w:r>
        <w:rPr>
          <w:b w:val="0"/>
          <w:sz w:val="20"/>
        </w:rPr>
        <w:t>Ort : __________________________________    Datum : 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https://dokumentklar.com/musterbrief-falschberatung-versicherung/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musterbrief-falschberatung-versicherung/"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