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MUSTERBRIEF: EINSPRUCH GEGEN VERFÜGUNG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Einspruch gegen die Verfügung vom _____________________, Aktenzeichen: 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Einspruch gegen die oben genannte Verfügung ein.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Nach sorgfältiger Prüfung der Verfügung komme ich zu folgendem Ergebnis: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 w:val="0"/>
          <w:sz w:val="20"/>
        </w:rPr>
        <w:t>Ich bitte um Überprüfung und Neubewertung im Sinne des Einspruchs.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</w:t>
      </w:r>
    </w:p>
    <w:p>
      <w:pPr>
        <w:jc w:val="center"/>
      </w:pPr>
      <w:r>
        <w:rPr>
          <w:b w:val="0"/>
          <w:sz w:val="20"/>
        </w:rPr>
        <w:t>Unterschrift des Einspruchsführers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Telefonnummer: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E-Mail: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https://dokumentklar.com/musterbrief-einsprache-gegen-verfugung/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usterbrief-einsprache-gegen-verfugung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