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An den edlen Herrn / die edle Dame</w:t>
      </w:r>
    </w:p>
    <w:p/>
    <w:p>
      <w:r>
        <w:rPr>
          <w:b w:val="0"/>
          <w:sz w:val="20"/>
        </w:rPr>
        <w:t>Hochgeehrter Empfänger,</w:t>
      </w:r>
    </w:p>
    <w:p/>
    <w:p/>
    <w:p>
      <w:r>
        <w:rPr>
          <w:b/>
          <w:sz w:val="20"/>
        </w:rPr>
        <w:t>Mit diesem Schreiben bringe ich Euch meine ehrerbietigen Grüße und die dringlichsten Anliegen vor.</w:t>
      </w:r>
    </w:p>
    <w:p/>
    <w:p>
      <w:r>
        <w:rPr>
          <w:b w:val="0"/>
          <w:sz w:val="20"/>
        </w:rPr>
        <w:t>Es ist mir ein großes Bedürfnis, Euch kundzutun, was sich jüngst in unserem Dorf zugetragen hat und welche Maßnahmen ich als Euer getreuer Untertan erachte.</w:t>
      </w:r>
    </w:p>
    <w:p/>
    <w:p>
      <w:r>
        <w:rPr>
          <w:b w:val="0"/>
          <w:sz w:val="20"/>
        </w:rPr>
        <w:t>In diesen unruhigen Zeiten ist es von höchster Wichtigkeit, dass wir zusammenstehen und unsere Pflichten als freie Bürger erfüllen.</w:t>
      </w:r>
    </w:p>
    <w:p/>
    <w:p>
      <w:r>
        <w:rPr>
          <w:b w:val="0"/>
          <w:sz w:val="20"/>
        </w:rPr>
        <w:t>Möge dieses Schreiben Euch als Grundlage dienen, um die weiteren Schritte in unserem Gemeinwesen zu lenken.</w:t>
      </w:r>
    </w:p>
    <w:p/>
    <w:p/>
    <w:p>
      <w:r>
        <w:rPr>
          <w:b/>
          <w:sz w:val="20"/>
        </w:rPr>
        <w:t>Ewigen Dank für Eure Zeit und Weisheit.</w:t>
      </w:r>
    </w:p>
    <w:p/>
    <w:p>
      <w:r>
        <w:rPr>
          <w:b/>
          <w:sz w:val="20"/>
        </w:rPr>
        <w:t>Euer ergebener Diener,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https://dokumentklar.com/mittelalter-brief-vorlage/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mittelalter-brief-vorlag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