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MIETVERTRAG FÜR DACHBOX</w:t>
      </w:r>
    </w:p>
    <w:p/>
    <w:p>
      <w:r>
        <w:rPr>
          <w:b w:val="0"/>
          <w:sz w:val="20"/>
        </w:rPr>
        <w:t>Ort : ____________________________</w:t>
      </w:r>
    </w:p>
    <w:p/>
    <w:p>
      <w:r>
        <w:rPr>
          <w:b/>
          <w:sz w:val="20"/>
        </w:rPr>
        <w:t>Angaben des Vermieters :</w:t>
      </w:r>
    </w:p>
    <w:p>
      <w:r>
        <w:rPr>
          <w:b w:val="0"/>
          <w:sz w:val="20"/>
        </w:rPr>
        <w:t>Vor- und Nachname : ___________________________________________________</w:t>
      </w:r>
    </w:p>
    <w:p>
      <w:r>
        <w:rPr>
          <w:b w:val="0"/>
          <w:sz w:val="20"/>
        </w:rPr>
        <w:t>Anschrift : ____________________________________________________________</w:t>
      </w:r>
    </w:p>
    <w:p>
      <w:r>
        <w:rPr>
          <w:b w:val="0"/>
          <w:sz w:val="20"/>
        </w:rPr>
        <w:t>Telefonnummer : _______________________________________________________</w:t>
      </w:r>
    </w:p>
    <w:p/>
    <w:p>
      <w:r>
        <w:rPr>
          <w:b/>
          <w:sz w:val="20"/>
        </w:rPr>
        <w:t>Angaben des Mieters :</w:t>
      </w:r>
    </w:p>
    <w:p>
      <w:r>
        <w:rPr>
          <w:b w:val="0"/>
          <w:sz w:val="20"/>
        </w:rPr>
        <w:t>Vor- und Nachname : ___________________________________________________</w:t>
      </w:r>
    </w:p>
    <w:p>
      <w:r>
        <w:rPr>
          <w:b w:val="0"/>
          <w:sz w:val="20"/>
        </w:rPr>
        <w:t>Anschrift : ____________________________________________________________</w:t>
      </w:r>
    </w:p>
    <w:p>
      <w:r>
        <w:rPr>
          <w:b w:val="0"/>
          <w:sz w:val="20"/>
        </w:rPr>
        <w:t>Telefonnummer : _______________________________________________________</w:t>
      </w:r>
    </w:p>
    <w:p/>
    <w:p>
      <w:r>
        <w:rPr>
          <w:b/>
          <w:sz w:val="20"/>
        </w:rPr>
        <w:t>Angaben zur Dachbox :</w:t>
      </w:r>
    </w:p>
    <w:p>
      <w:r>
        <w:rPr>
          <w:b w:val="0"/>
          <w:sz w:val="20"/>
        </w:rPr>
        <w:t>Hersteller/Modell : ________________________________________________</w:t>
      </w:r>
    </w:p>
    <w:p>
      <w:r>
        <w:rPr>
          <w:b w:val="0"/>
          <w:sz w:val="20"/>
        </w:rPr>
        <w:t>Farbe : ___________________________________________________________</w:t>
      </w:r>
    </w:p>
    <w:p>
      <w:r>
        <w:rPr>
          <w:b w:val="0"/>
          <w:sz w:val="20"/>
        </w:rPr>
        <w:t>Maße (L x B x H) : _______________________________________________</w:t>
      </w:r>
    </w:p>
    <w:p>
      <w:r>
        <w:rPr>
          <w:b w:val="0"/>
          <w:sz w:val="20"/>
        </w:rPr>
        <w:t>Zustand : _________________________________________________________</w:t>
      </w:r>
    </w:p>
    <w:p/>
    <w:p>
      <w:r>
        <w:rPr>
          <w:b/>
          <w:sz w:val="20"/>
        </w:rPr>
        <w:t>Mietdauer und Zahlungsbedingungen :</w:t>
      </w:r>
    </w:p>
    <w:p>
      <w:r>
        <w:rPr>
          <w:b w:val="0"/>
          <w:sz w:val="20"/>
        </w:rPr>
        <w:t>Mietdauer (von ... bis ...) : ______________________________________</w:t>
      </w:r>
    </w:p>
    <w:p>
      <w:r>
        <w:rPr>
          <w:b w:val="0"/>
          <w:sz w:val="20"/>
        </w:rPr>
        <w:t>Mietpreis gesamt : _________________ EUR</w:t>
      </w:r>
    </w:p>
    <w:p>
      <w:r>
        <w:rPr>
          <w:b w:val="0"/>
          <w:sz w:val="20"/>
        </w:rPr>
        <w:t>Zahlungsweise : ___________________________________________________</w:t>
      </w:r>
    </w:p>
    <w:p/>
    <w:p>
      <w:r>
        <w:rPr>
          <w:b/>
          <w:sz w:val="20"/>
        </w:rPr>
        <w:t>§ 1 – Mietgegenstand</w:t>
      </w:r>
    </w:p>
    <w:p>
      <w:r>
        <w:rPr>
          <w:b w:val="0"/>
          <w:sz w:val="20"/>
        </w:rPr>
        <w:t>Der Vermieter vermietet dem Mieter die oben beschriebene Dachbox. Der Vermieter versichert, dass er Eigentümer der Dachbox ist und zur Vermietung berechtigt ist.</w:t>
      </w:r>
    </w:p>
    <w:p/>
    <w:p>
      <w:r>
        <w:rPr>
          <w:b/>
          <w:sz w:val="20"/>
        </w:rPr>
        <w:t>§ 2 – Gebrauch und Zustand</w:t>
      </w:r>
    </w:p>
    <w:p>
      <w:r>
        <w:rPr>
          <w:b w:val="0"/>
          <w:sz w:val="20"/>
        </w:rPr>
        <w:t>Der Mieter verpflichtet sich, die Dachbox pfleglich zu behandeln und nur bestimmungsgemäß zu verwenden. Schäden sind unverzüglich dem Vermieter mitzuteilen.</w:t>
      </w:r>
    </w:p>
    <w:p/>
    <w:p>
      <w:r>
        <w:rPr>
          <w:b/>
          <w:sz w:val="20"/>
        </w:rPr>
        <w:t>§ 3 – Haftung und Versicherung</w:t>
      </w:r>
    </w:p>
    <w:p>
      <w:r>
        <w:rPr>
          <w:b w:val="0"/>
          <w:sz w:val="20"/>
        </w:rPr>
        <w:t>Der Mieter haftet für alle Schäden, die durch unsachgemäßen Gebrauch oder Verlust entstehen. Eine Haftung des Vermieters für Schäden am Fahrzeug des Mieters ist ausgeschlossen.</w:t>
      </w:r>
    </w:p>
    <w:p/>
    <w:p>
      <w:r>
        <w:rPr>
          <w:b/>
          <w:sz w:val="20"/>
        </w:rPr>
        <w:t>§ 4 – Rückgabe</w:t>
      </w:r>
    </w:p>
    <w:p>
      <w:r>
        <w:rPr>
          <w:b w:val="0"/>
          <w:sz w:val="20"/>
        </w:rPr>
        <w:t>Die Dachbox ist am Ende der Mietdauer in sauberem und unbeschädigtem Zustand zurückzugeben. Bei Schäden oder Verlust haftet der Mieter in vollem Umfang.</w:t>
      </w:r>
    </w:p>
    <w:p/>
    <w:p>
      <w:r>
        <w:rPr>
          <w:b/>
          <w:sz w:val="20"/>
        </w:rPr>
        <w:t>§ 5 – Kündigung</w:t>
      </w:r>
    </w:p>
    <w:p>
      <w:r>
        <w:rPr>
          <w:b w:val="0"/>
          <w:sz w:val="20"/>
        </w:rPr>
        <w:t>Eine vorzeitige Kündigung des Mietvertrags bedarf der schriftlichen Zustimmung beider Parteien.</w:t>
      </w:r>
    </w:p>
    <w:p/>
    <w:p>
      <w:r>
        <w:rPr>
          <w:b/>
          <w:sz w:val="20"/>
        </w:rPr>
        <w:t>§ 6 – Sonstige Vereinbarungen</w:t>
      </w:r>
    </w:p>
    <w:p>
      <w:r>
        <w:rPr>
          <w:b w:val="0"/>
          <w:sz w:val="20"/>
        </w:rPr>
        <w:t>Zusätzliche Vereinbarungen zwischen den Parteien: _______________________________</w:t>
      </w:r>
    </w:p>
    <w:p/>
    <w:p>
      <w:r>
        <w:rPr>
          <w:b/>
          <w:sz w:val="20"/>
        </w:rPr>
        <w:t>§ 7 – Schlussbestimmungen</w:t>
      </w:r>
    </w:p>
    <w:p>
      <w:r>
        <w:rPr>
          <w:b w:val="0"/>
          <w:sz w:val="20"/>
        </w:rPr>
        <w:t>Für nicht geregelte Fälle gelten die gesetzlichen Bestimmungen der Bundesrepublik Deutschland. Gerichtsstand ist der Wohnort des Vermieters.</w:t>
      </w:r>
    </w:p>
    <w:p/>
    <w:p/>
    <w:p>
      <w:r>
        <w:rPr>
          <w:b w:val="0"/>
          <w:sz w:val="20"/>
        </w:rPr>
        <w:t>Ort : ________________________________________________________________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VERMIETER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MIETER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Unterschrift : 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Unterschrift : _________________________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Name : ________________________________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Name : ________________________________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Originalquelle dieses Dokuments: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https://dokumentklar.com/mietvertrag-dachbox/</w:t>
        </w:r>
      </w:hyperlink>
    </w:p>
    <w:p>
      <w:pPr>
        <w:jc w:val="center"/>
      </w:pPr>
      <w:r>
        <w:rPr>
          <w:color w:val="555555"/>
          <w:sz w:val="26"/>
        </w:rPr>
        <w:t>War diese Vorlage für Sie hilfreich?</w:t>
      </w:r>
    </w:p>
    <w:p>
      <w:pPr>
        <w:jc w:val="center"/>
      </w:pPr>
      <w:r>
        <w:rPr>
          <w:color w:val="555555"/>
          <w:sz w:val="26"/>
        </w:rPr>
        <w:t>Weitere aktuelle Vorlagen finden Sie unter: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https://dokumentklar.com</w:t>
        </w:r>
      </w:hyperlink>
    </w:p>
    <w:p>
      <w:pPr>
        <w:jc w:val="center"/>
      </w:pPr>
      <w:r>
        <w:rPr>
          <w:color w:val="808080"/>
          <w:sz w:val="20"/>
        </w:rPr>
        <w:t>Diese Vorlage ist ausschließlich für den persönlichen, nicht kommerziellen Gebrauch bestimmt.</w:t>
        <w:br/>
        <w:t>Bei Weitergabe oder Veröffentlichung ist die Nennung der Quelle verpflichtend. © dokumentklar.com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dokumentklar.com/mietvertrag-dachbox/" TargetMode="External"/><Relationship Id="rId10" Type="http://schemas.openxmlformats.org/officeDocument/2006/relationships/hyperlink" Target="https://dokumentklar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