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MIETMINDERUNGSSCHREIBEN</w:t>
      </w:r>
    </w:p>
    <w:p/>
    <w:p>
      <w:r>
        <w:rPr>
          <w:b/>
          <w:sz w:val="20"/>
        </w:rPr>
        <w:t>Absender:</w:t>
      </w:r>
    </w:p>
    <w:p>
      <w:r>
        <w:rPr>
          <w:b w:val="0"/>
          <w:sz w:val="20"/>
        </w:rPr>
        <w:t>Name : _________________________________________________</w:t>
      </w:r>
    </w:p>
    <w:p>
      <w:r>
        <w:rPr>
          <w:b w:val="0"/>
          <w:sz w:val="20"/>
        </w:rPr>
        <w:t>Anschrift : ______________________________________________</w:t>
      </w:r>
    </w:p>
    <w:p>
      <w:r>
        <w:rPr>
          <w:b w:val="0"/>
          <w:sz w:val="20"/>
        </w:rPr>
        <w:t>Telefonnummer : __________________________________________</w:t>
      </w:r>
    </w:p>
    <w:p/>
    <w:p>
      <w:r>
        <w:rPr>
          <w:b/>
          <w:sz w:val="20"/>
        </w:rPr>
        <w:t>Empfänger:</w:t>
      </w:r>
    </w:p>
    <w:p>
      <w:r>
        <w:rPr>
          <w:b w:val="0"/>
          <w:sz w:val="20"/>
        </w:rPr>
        <w:t>Name / Firma : ___________________________________________</w:t>
      </w:r>
    </w:p>
    <w:p>
      <w:r>
        <w:rPr>
          <w:b w:val="0"/>
          <w:sz w:val="20"/>
        </w:rPr>
        <w:t>Anschrift : ______________________________________________</w:t>
      </w:r>
    </w:p>
    <w:p/>
    <w:p/>
    <w:p>
      <w:r>
        <w:rPr>
          <w:b/>
          <w:sz w:val="20"/>
        </w:rPr>
        <w:t>Betreff: Mietminderung wegen Mangel an der Mietsache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teile ich Ihnen mit, dass in der von mir gemieteten Wohnung / dem gemieteten Objekt ein Mangel vorliegt, der die Gebrauchstauglichkeit erheblich beeinträchtigt.</w:t>
      </w:r>
    </w:p>
    <w:p/>
    <w:p>
      <w:r>
        <w:rPr>
          <w:b/>
          <w:sz w:val="20"/>
        </w:rPr>
        <w:t>Der Mangel besteht konkret in: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/>
    <w:p>
      <w:r>
        <w:rPr>
          <w:b w:val="0"/>
          <w:sz w:val="20"/>
        </w:rPr>
        <w:t>Ich fordere Sie hiermit auf, den Mangel unverzüglich zu beheben, da dieser die Wohnqualität erheblich mindert und die Nutzung der Mietsache beeinträchtigt.</w:t>
      </w:r>
    </w:p>
    <w:p/>
    <w:p>
      <w:r>
        <w:rPr>
          <w:b/>
          <w:sz w:val="20"/>
        </w:rPr>
        <w:t>Gemäß § 536 BGB mindere ich die Miete ab dem Zeitpunkt der Mangelanzeige um</w:t>
      </w:r>
    </w:p>
    <w:p>
      <w:r>
        <w:rPr>
          <w:b w:val="0"/>
          <w:sz w:val="20"/>
        </w:rPr>
        <w:t>__________ Prozent, bis der Mangel vollständig behoben ist.</w:t>
      </w:r>
    </w:p>
    <w:p/>
    <w:p>
      <w:r>
        <w:rPr>
          <w:b w:val="0"/>
          <w:sz w:val="20"/>
        </w:rPr>
        <w:t>Bitte bestätigen Sie mir schriftlich den Eingang dieses Schreibens und informieren Sie mich über die geplanten Maßnahmen zur Mangelbeseitigung.</w:t>
      </w:r>
    </w:p>
    <w:p/>
    <w:p>
      <w:r>
        <w:rPr>
          <w:b w:val="0"/>
          <w:sz w:val="20"/>
        </w:rPr>
        <w:t>Mit freundlichen Grüßen,</w:t>
      </w:r>
    </w:p>
    <w:p/>
    <w:p/>
    <w:p/>
    <w:p>
      <w:r>
        <w:rPr>
          <w:b w:val="0"/>
          <w:sz w:val="20"/>
        </w:rPr>
        <w:t>______________________________</w:t>
      </w:r>
    </w:p>
    <w:p>
      <w:r>
        <w:rPr>
          <w:b w:val="0"/>
          <w:sz w:val="20"/>
        </w:rPr>
        <w:t>Name Mieter / Unterschrift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Mieter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Vermieter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https://dokumentklar.com/mietminderungsschreiben/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mietminderungsschreiben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