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MIETERSELBSTAUSKUNFT – STUDENTENVORLAGE</w:t>
      </w:r>
    </w:p>
    <w:p/>
    <w:p>
      <w:r>
        <w:rPr>
          <w:b/>
          <w:sz w:val="20"/>
        </w:rPr>
        <w:t>Persönliche Angaben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Geburtsort : _______________________________________________________</w:t>
      </w:r>
    </w:p>
    <w:p>
      <w:r>
        <w:rPr>
          <w:b w:val="0"/>
          <w:sz w:val="20"/>
        </w:rPr>
        <w:t>Staatsangehörigkeit : 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>
      <w:r>
        <w:rPr>
          <w:b w:val="0"/>
          <w:sz w:val="20"/>
        </w:rPr>
        <w:t>E-Mail-Adresse : ________________________________________________</w:t>
      </w:r>
    </w:p>
    <w:p/>
    <w:p>
      <w:r>
        <w:rPr>
          <w:b/>
          <w:sz w:val="20"/>
        </w:rPr>
        <w:t>Aktuelle Anschrift</w:t>
      </w:r>
    </w:p>
    <w:p>
      <w:r>
        <w:rPr>
          <w:b w:val="0"/>
          <w:sz w:val="20"/>
        </w:rPr>
        <w:t>Straße, Hausnummer : ______________________________________________</w:t>
      </w:r>
    </w:p>
    <w:p>
      <w:r>
        <w:rPr>
          <w:b w:val="0"/>
          <w:sz w:val="20"/>
        </w:rPr>
        <w:t>PLZ, Ort : _______________________________________________________</w:t>
      </w:r>
    </w:p>
    <w:p>
      <w:r>
        <w:rPr>
          <w:b w:val="0"/>
          <w:sz w:val="20"/>
        </w:rPr>
        <w:t>Seit (MM/JJJJ) : ________________________________________________</w:t>
      </w:r>
    </w:p>
    <w:p/>
    <w:p>
      <w:r>
        <w:rPr>
          <w:b/>
          <w:sz w:val="20"/>
        </w:rPr>
        <w:t>Angaben zum Studium</w:t>
      </w:r>
    </w:p>
    <w:p>
      <w:r>
        <w:rPr>
          <w:b w:val="0"/>
          <w:sz w:val="20"/>
        </w:rPr>
        <w:t>Name der Hochschule : ____________________________________________</w:t>
      </w:r>
    </w:p>
    <w:p>
      <w:r>
        <w:rPr>
          <w:b w:val="0"/>
          <w:sz w:val="20"/>
        </w:rPr>
        <w:t>Studiengang : _________________________________________________</w:t>
      </w:r>
    </w:p>
    <w:p>
      <w:r>
        <w:rPr>
          <w:b w:val="0"/>
          <w:sz w:val="20"/>
        </w:rPr>
        <w:t>Matrikelnummer : ________________________________________________</w:t>
      </w:r>
    </w:p>
    <w:p>
      <w:r>
        <w:rPr>
          <w:b w:val="0"/>
          <w:sz w:val="20"/>
        </w:rPr>
        <w:t>Erwartetes Studienende : _________________________________________</w:t>
      </w:r>
    </w:p>
    <w:p/>
    <w:p>
      <w:r>
        <w:rPr>
          <w:b/>
          <w:sz w:val="20"/>
        </w:rPr>
        <w:t>Einkommen / Finanzierung</w:t>
      </w:r>
    </w:p>
    <w:p>
      <w:r>
        <w:rPr>
          <w:b w:val="0"/>
          <w:sz w:val="20"/>
        </w:rPr>
        <w:t>Monatliches Einkommen (z. B. BAföG, Nebenjob, Eltern) : __________________________ EUR</w:t>
      </w:r>
    </w:p>
    <w:p>
      <w:r>
        <w:rPr>
          <w:b w:val="0"/>
          <w:sz w:val="20"/>
        </w:rPr>
        <w:t>Arbeitgeber / Finanzierungsquelle : ____________________________________________</w:t>
      </w:r>
    </w:p>
    <w:p/>
    <w:p>
      <w:r>
        <w:rPr>
          <w:b/>
          <w:sz w:val="20"/>
        </w:rPr>
        <w:t>Bisherige Wohnsituation</w:t>
      </w:r>
    </w:p>
    <w:p>
      <w:r>
        <w:rPr>
          <w:b w:val="0"/>
          <w:sz w:val="20"/>
        </w:rPr>
        <w:t>Vermieter / Wohnungsgeber : ______________________________________________</w:t>
      </w:r>
    </w:p>
    <w:p>
      <w:r>
        <w:rPr>
          <w:b w:val="0"/>
          <w:sz w:val="20"/>
        </w:rPr>
        <w:t>Telefonnummer Vermieter : ______________________________________________</w:t>
      </w:r>
    </w:p>
    <w:p>
      <w:r>
        <w:rPr>
          <w:b w:val="0"/>
          <w:sz w:val="20"/>
        </w:rPr>
        <w:t>Grund des Auszugs : ______________________________________________</w:t>
      </w:r>
    </w:p>
    <w:p/>
    <w:p>
      <w:r>
        <w:rPr>
          <w:b/>
          <w:sz w:val="20"/>
        </w:rPr>
        <w:t>Zusicherungen</w:t>
      </w:r>
    </w:p>
    <w:p>
      <w:r>
        <w:rPr>
          <w:b w:val="0"/>
          <w:sz w:val="20"/>
        </w:rPr>
        <w:t>Ich versichere, dass die gemachten Angaben vollständig und wahrheitsgemäß sind. Mir ist bekannt, dass falsche Angaben zur Ablehnung des Mietvertrages führen können.</w:t>
      </w:r>
    </w:p>
    <w:p/>
    <w:p>
      <w:r>
        <w:rPr>
          <w:b/>
          <w:sz w:val="20"/>
        </w:rPr>
        <w:t>Datenschutz</w:t>
      </w:r>
    </w:p>
    <w:p>
      <w:r>
        <w:rPr>
          <w:b w:val="0"/>
          <w:sz w:val="20"/>
        </w:rPr>
        <w:t>Die Verarbeitung meiner personenbezogenen Daten erfolgt ausschließlich zum Zwecke der Wohnungsvermietung entsprechend den geltenden Datenschutzbestimmungen.</w:t>
      </w:r>
    </w:p>
    <w:p/>
    <w:p/>
    <w:p>
      <w:r>
        <w:rPr>
          <w:b w:val="0"/>
          <w:sz w:val="20"/>
        </w:rPr>
        <w:t>Ort : ___________________________________          Unterschrift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(Bestätigung)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https://dokumentklar.com/mieterselbstauskunft-student-vorlage/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mieterselbstauskunft-student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