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ARBEITSVERHÄLTNISSES WEGEN NEUER ARBEITSSTELLE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Arbeitgeber:</w:t>
      </w:r>
    </w:p>
    <w:p>
      <w:r>
        <w:rPr>
          <w:b w:val="0"/>
          <w:sz w:val="20"/>
        </w:rPr>
        <w:t>Firma / Name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des Arbeitsverhältnisses</w:t>
      </w:r>
    </w:p>
    <w:p/>
    <w:p>
      <w:r>
        <w:rPr>
          <w:b w:val="0"/>
          <w:sz w:val="20"/>
        </w:rPr>
        <w:t>Hiermit kündige ich mein bestehendes Arbeitsverhältnis bei Ihnen ordentlich und fristgerecht.</w:t>
      </w:r>
    </w:p>
    <w:p>
      <w:r>
        <w:rPr>
          <w:b w:val="0"/>
          <w:sz w:val="20"/>
        </w:rPr>
        <w:t>Grund der Kündigung ist der Antritt einer neuen Arbeitsstelle.</w:t>
      </w:r>
    </w:p>
    <w:p/>
    <w:p>
      <w:r>
        <w:rPr>
          <w:b w:val="0"/>
          <w:sz w:val="20"/>
        </w:rPr>
        <w:t>Bitte bestätigen Sie mir den Erhalt dieser Kündigung sowie das Beendigungsdatum des Arbeitsverhältnisses schriftlich.</w:t>
      </w:r>
    </w:p>
    <w:p/>
    <w:p>
      <w:r>
        <w:rPr>
          <w:b w:val="0"/>
          <w:sz w:val="20"/>
        </w:rPr>
        <w:t>Ich danke Ihnen für die bisherige Zusammenarbeit und bitte um eine wohlwollende Abwicklung.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https://dokumentklar.com/kundigung-wegen-neuer-arbeitsstelle-muster/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wegen-neuer-arbeitsstelle-muster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