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KÜNDIGUNGSSCHREIBEN SPARVERTRAG</w:t>
      </w:r>
    </w:p>
    <w:p/>
    <w:p>
      <w:r>
        <w:rPr>
          <w:b/>
          <w:sz w:val="20"/>
        </w:rPr>
        <w:t>An die Sparkasse :</w:t>
      </w:r>
    </w:p>
    <w:p>
      <w:r>
        <w:rPr>
          <w:b w:val="0"/>
          <w:sz w:val="20"/>
        </w:rPr>
        <w:t>___________________________________________________</w:t>
      </w:r>
    </w:p>
    <w:p>
      <w:r>
        <w:rPr>
          <w:b w:val="0"/>
          <w:sz w:val="20"/>
        </w:rPr>
        <w:t>___________________________________________________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Kundennummer : ___________________________________________________</w:t>
      </w:r>
    </w:p>
    <w:p>
      <w:r>
        <w:rPr>
          <w:b w:val="0"/>
          <w:sz w:val="20"/>
        </w:rPr>
        <w:t>Vertragsnummer : _________________________________________________</w:t>
      </w:r>
    </w:p>
    <w:p/>
    <w:p>
      <w:r>
        <w:rPr>
          <w:b/>
          <w:sz w:val="20"/>
        </w:rPr>
        <w:t>Betreff : Kündigung meines Sparvertrags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meinen Sparvertrag bei der Sparkasse fristgerecht zum nächstmöglichen Zeitpunkt.</w:t>
      </w:r>
    </w:p>
    <w:p/>
    <w:p>
      <w:r>
        <w:rPr>
          <w:b w:val="0"/>
          <w:sz w:val="20"/>
        </w:rPr>
        <w:t>Ich bitte um Überweisung des bestehenden Guthabens sowie der bis dahin angefallenen Zinsen auf mein bekanntes Konto.</w:t>
      </w:r>
    </w:p>
    <w:p/>
    <w:p>
      <w:r>
        <w:rPr>
          <w:b w:val="0"/>
          <w:sz w:val="20"/>
        </w:rPr>
        <w:t>Bitte bestätigen Sie mir schriftlich den Eingang dieser Kündigung sowie das Vertragsende.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</w:t>
      </w:r>
    </w:p>
    <w:p>
      <w:r>
        <w:rPr>
          <w:b w:val="0"/>
          <w:sz w:val="20"/>
        </w:rPr>
        <w:t>Unterschrift</w:t>
      </w:r>
    </w:p>
    <w:p/>
    <w:p>
      <w:r>
        <w:rPr>
          <w:b w:val="0"/>
          <w:sz w:val="20"/>
        </w:rPr>
        <w:t>Ort : 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Sparkasse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https://dokumentklar.com/kundigung-sparvertrag-sparkasse-vorlage/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kundigung-sparvertrag-sparkasse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