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PROKURA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Firma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Firma / Handelsregistereintrag : 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der Prokura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die bestehende Prokura mit sofortiger Wirkung bzw. zum nächstmöglichen Zeitpunkt.</w:t>
      </w:r>
    </w:p>
    <w:p>
      <w:r>
        <w:rPr>
          <w:b w:val="0"/>
          <w:sz w:val="20"/>
        </w:rPr>
        <w:t>Die Prokura wurde mir aufgrund der bisherigen Vereinbarung erteilt und ich widerrufe diese hiermit form- und fristgerecht.</w:t>
      </w:r>
    </w:p>
    <w:p/>
    <w:p>
      <w:r>
        <w:rPr>
          <w:b w:val="0"/>
          <w:sz w:val="20"/>
        </w:rPr>
        <w:t>Bitte bestätigen Sie mir den Eingang dieser Kündigung sowie das Datum der Wirksamkeit schriftlich.</w:t>
      </w:r>
    </w:p>
    <w:p/>
    <w:p>
      <w:r>
        <w:rPr>
          <w:b w:val="0"/>
          <w:sz w:val="20"/>
        </w:rPr>
        <w:t>Mit der Kündigung erlöschen alle mit der Prokura verbundenen Vertretungsrechte. Ich verpflichte mich, sämtliche Geschäftsunterlagen und Vollmachten unverzüglich zurückzugeben.</w:t>
      </w:r>
    </w:p>
    <w:p/>
    <w:p>
      <w:r>
        <w:rPr>
          <w:b w:val="0"/>
          <w:sz w:val="20"/>
        </w:rPr>
        <w:t>Für Rückfragen stehe ich Ihnen selbstverständlich zur Verfügung.</w:t>
      </w:r>
    </w:p>
    <w:p/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/ Stempel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https://dokumentklar.com/kundigung-prokura-muster/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kundigung-prokura-muster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