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MIETVERTRAGS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(Genossenschaft) :</w:t>
      </w:r>
    </w:p>
    <w:p>
      <w:r>
        <w:rPr>
          <w:b w:val="0"/>
          <w:sz w:val="20"/>
        </w:rPr>
        <w:t>Name der Genossenschaft : 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Mietvertrag über die Wohnung/die Räumlichkeiten in _______________________________________________ fristgerecht zum nächstmöglichen Zeitpunkt.</w:t>
      </w:r>
    </w:p>
    <w:p/>
    <w:p>
      <w:r>
        <w:rPr>
          <w:b w:val="0"/>
          <w:sz w:val="20"/>
        </w:rPr>
        <w:t>Ich bitte Sie, mir den Erhalt dieser Kündigung sowie das Vertragsende schriftlich zu bestätigen.</w:t>
      </w:r>
    </w:p>
    <w:p/>
    <w:p>
      <w:r>
        <w:rPr>
          <w:b w:val="0"/>
          <w:sz w:val="20"/>
        </w:rPr>
        <w:t>Bitte teilen Sie mir außerdem mit, wann und wie die Wohnungsübergabe stattfinden wird.</w:t>
      </w:r>
    </w:p>
    <w:p/>
    <w:p>
      <w:r>
        <w:rPr>
          <w:b/>
          <w:sz w:val="20"/>
        </w:rPr>
        <w:t>Rückgabe der Mietsache :</w:t>
      </w:r>
    </w:p>
    <w:p>
      <w:r>
        <w:rPr>
          <w:b w:val="0"/>
          <w:sz w:val="20"/>
        </w:rPr>
        <w:t>Die Mietsache wird in ordnungsgemäßem Zustand übergeben. Etwaige Schäden oder Mängel, die beim Auszug vorhanden sind, werde ich in einem Übergabeprotokoll festhalten.</w:t>
      </w:r>
    </w:p>
    <w:p/>
    <w:p>
      <w:r>
        <w:rPr>
          <w:b w:val="0"/>
          <w:sz w:val="20"/>
        </w:rPr>
        <w:t>Mit freundlichen Grüßen,</w:t>
      </w:r>
    </w:p>
    <w:p/>
    <w:p/>
    <w:p/>
    <w:p/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(Genossenschaft)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https://dokumentklar.com/kundigung-mietvertrag-genossenschaft-vorlage/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mietvertrag-genossenschaft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