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LIZENZVERTRAGS</w:t>
      </w:r>
    </w:p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Name des Lizenzgebers : 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Von:</w:t>
      </w:r>
    </w:p>
    <w:p>
      <w:r>
        <w:rPr>
          <w:b w:val="0"/>
          <w:sz w:val="20"/>
        </w:rPr>
        <w:t>Name des Lizenznehmers : 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Betreff : Kündigung des Lizenzvertrags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den mit Ihnen geschlossenen Lizenzvertrag fristgerecht und ordentlich. Bitte bestätigen Sie mir den Eingang dieser Kündigung sowie das Datum, zu dem der Vertrag endet.</w:t>
      </w:r>
    </w:p>
    <w:p/>
    <w:p>
      <w:r>
        <w:rPr>
          <w:b/>
          <w:sz w:val="20"/>
        </w:rPr>
        <w:t>Vertragsdetails :</w:t>
      </w:r>
    </w:p>
    <w:p>
      <w:r>
        <w:rPr>
          <w:b w:val="0"/>
          <w:sz w:val="20"/>
        </w:rPr>
        <w:t>Vertragsnummer : ____________________________________________________</w:t>
      </w:r>
    </w:p>
    <w:p>
      <w:r>
        <w:rPr>
          <w:b w:val="0"/>
          <w:sz w:val="20"/>
        </w:rPr>
        <w:t>Vertragsgegenstand : _________________________________________________</w:t>
      </w:r>
    </w:p>
    <w:p>
      <w:r>
        <w:rPr>
          <w:b w:val="0"/>
          <w:sz w:val="20"/>
        </w:rPr>
        <w:t>Datum des Vertragsschlusses : _______________________________________</w:t>
      </w:r>
    </w:p>
    <w:p/>
    <w:p>
      <w:r>
        <w:rPr>
          <w:b/>
          <w:sz w:val="20"/>
        </w:rPr>
        <w:t>Rückgabe und Abwicklung :</w:t>
      </w:r>
    </w:p>
    <w:p>
      <w:r>
        <w:rPr>
          <w:b w:val="0"/>
          <w:sz w:val="20"/>
        </w:rPr>
        <w:t>Ich werde alle lizenzierten Materialien und Dokumente gemäß vertraglicher Vereinbarung zurückgeben bzw. vernichten. Bitte teilen Sie mir mit, ob weitere Schritte erforderlich sind.</w:t>
      </w:r>
    </w:p>
    <w:p/>
    <w:p>
      <w:r>
        <w:rPr>
          <w:b w:val="0"/>
          <w:sz w:val="20"/>
        </w:rPr>
        <w:t>Ich danke Ihnen für die bisherige Zusammenarbeit und bitte um eine schriftliche Bestätigung dieser Kündigung.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Lizenznehmer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Lizenzgeber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https://dokumentklar.com/kundigung-lizenzvertrag-muster/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lizenzvertrag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