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INTERN KOMMUNIZIEREN</w:t>
      </w:r>
    </w:p>
    <w:p/>
    <w:p>
      <w:r>
        <w:rPr>
          <w:b/>
          <w:sz w:val="20"/>
        </w:rPr>
        <w:t>An :</w:t>
      </w:r>
    </w:p>
    <w:p>
      <w:r>
        <w:rPr>
          <w:b w:val="0"/>
          <w:sz w:val="20"/>
        </w:rPr>
        <w:t>Abteilung / Bereich : ________________________________________________</w:t>
      </w:r>
    </w:p>
    <w:p>
      <w:r>
        <w:rPr>
          <w:b w:val="0"/>
          <w:sz w:val="20"/>
        </w:rPr>
        <w:t>Name des Mitarbeiters : ______________________________________________</w:t>
      </w:r>
    </w:p>
    <w:p/>
    <w:p>
      <w:r>
        <w:rPr>
          <w:b/>
          <w:sz w:val="20"/>
        </w:rPr>
        <w:t>Von :</w:t>
      </w:r>
    </w:p>
    <w:p>
      <w:r>
        <w:rPr>
          <w:b w:val="0"/>
          <w:sz w:val="20"/>
        </w:rPr>
        <w:t>Abteilung / Bereich : ________________________________________________</w:t>
      </w:r>
    </w:p>
    <w:p>
      <w:r>
        <w:rPr>
          <w:b w:val="0"/>
          <w:sz w:val="20"/>
        </w:rPr>
        <w:t>Name des Vorgesetzten : 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Mitteilung über die Kündigung des Arbeitsverhältnisses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möchten wir Sie darüber informieren, dass das Arbeitsverhältnis mit dem oben genannten Mitarbeiter beendet wird. Die Kündigung erfolgt unter Einhaltung der geltenden gesetzlichen und tariflichen Bestimmungen.</w:t>
      </w:r>
    </w:p>
    <w:p/>
    <w:p>
      <w:r>
        <w:rPr>
          <w:b/>
          <w:sz w:val="20"/>
        </w:rPr>
        <w:t>Kündigungsart :</w:t>
      </w:r>
    </w:p>
    <w:p>
      <w:r>
        <w:rPr>
          <w:b w:val="0"/>
          <w:sz w:val="20"/>
        </w:rPr>
        <w:t>□ Ordentliche Kündigung</w:t>
      </w:r>
    </w:p>
    <w:p>
      <w:r>
        <w:rPr>
          <w:b w:val="0"/>
          <w:sz w:val="20"/>
        </w:rPr>
        <w:t>□ Außerordentliche (fristlose) Kündigung</w:t>
      </w:r>
    </w:p>
    <w:p>
      <w:r>
        <w:rPr>
          <w:b w:val="0"/>
          <w:sz w:val="20"/>
        </w:rPr>
        <w:t>□ Aufhebungsvertrag</w:t>
      </w:r>
    </w:p>
    <w:p/>
    <w:p>
      <w:r>
        <w:rPr>
          <w:b/>
          <w:sz w:val="20"/>
        </w:rPr>
        <w:t>Kündigungsgrund 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Kündigungsfrist :</w:t>
      </w:r>
    </w:p>
    <w:p>
      <w:r>
        <w:rPr>
          <w:b w:val="0"/>
          <w:sz w:val="20"/>
        </w:rPr>
        <w:t>_____________________________________ (z.B. vier Wochen zum Monatsende)</w:t>
      </w:r>
    </w:p>
    <w:p/>
    <w:p>
      <w:r>
        <w:rPr>
          <w:b/>
          <w:sz w:val="20"/>
        </w:rPr>
        <w:t>Letzter Arbeitstag :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 w:val="0"/>
          <w:sz w:val="20"/>
        </w:rPr>
        <w:t>Bitte sorgen Sie dafür, dass alle notwendigen betrieblichen Maßnahmen zur Beendigung des Arbeitsverhältnisses rechtzeitig eingeleitet werden.</w:t>
      </w:r>
    </w:p>
    <w:p/>
    <w:p>
      <w:r>
        <w:rPr>
          <w:b w:val="0"/>
          <w:sz w:val="20"/>
        </w:rPr>
        <w:t>Für Rückfragen stehen wir Ihnen gerne zur Verfügung.</w:t>
      </w:r>
    </w:p>
    <w:p/>
    <w:p/>
    <w:p>
      <w:r>
        <w:rPr>
          <w:b w:val="0"/>
          <w:sz w:val="20"/>
        </w:rPr>
        <w:t>Ort : ________________________________________________________________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Vorgesetzter / 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 / Personalabteilung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https://dokumentklar.com/kundigung-intern-kommunizieren-muster/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kundigung-intern-kommunizieren-muster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