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HANSEFIT MITGLIEDSCHAFT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Mitgliedsnummer (optional) : 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Hansefit GmbH</w:t>
      </w:r>
    </w:p>
    <w:p>
      <w:r>
        <w:rPr>
          <w:b w:val="0"/>
          <w:sz w:val="20"/>
        </w:rPr>
        <w:t>Emmy-Noether-Str. 2</w:t>
      </w:r>
    </w:p>
    <w:p>
      <w:r>
        <w:rPr>
          <w:b w:val="0"/>
          <w:sz w:val="20"/>
        </w:rPr>
        <w:t>76131 Karlsruhe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meiner Hansefit Mitgliedschaft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 Hansefit Mitgliedschaft fristgerecht und ordentlich zum nächstmöglichen Zeitpunkt.</w:t>
      </w:r>
    </w:p>
    <w:p/>
    <w:p>
      <w:r>
        <w:rPr>
          <w:b w:val="0"/>
          <w:sz w:val="20"/>
        </w:rPr>
        <w:t>Bitte bestätigen Sie mir den Erhalt dieser Kündigung sowie das Datum der Beendigung meiner Mitgliedschaft schriftlich.</w:t>
      </w:r>
    </w:p>
    <w:p/>
    <w:p>
      <w:r>
        <w:rPr>
          <w:b w:val="0"/>
          <w:sz w:val="20"/>
        </w:rPr>
        <w:t>Weiterhin widerrufe ich die Einzugsermächtigung für die von mir erteilten SEPA-Lastschriften zum Ende der Mitgliedschaft.</w:t>
      </w:r>
    </w:p>
    <w:p/>
    <w:p>
      <w:r>
        <w:rPr>
          <w:b w:val="0"/>
          <w:sz w:val="20"/>
        </w:rPr>
        <w:t>Ich danke Ihnen für die bisherige Zusammenarbeit.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p/>
    <w:p>
      <w:r>
        <w:rPr>
          <w:b w:val="0"/>
          <w:sz w:val="20"/>
        </w:rPr>
        <w:t>Unterschrift : 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Bestätigung durch Hansefit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Bestätigung durch Mitglied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https://dokumentklar.com/kundigung-hansefit-vorlage/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kundigung-hansefit-vorlage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