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KÜNDIGUNG GEWERBEMIETVERTRAG DURCH MIETER</w:t>
      </w:r>
    </w:p>
    <w:p/>
    <w:p>
      <w:r>
        <w:rPr>
          <w:b/>
          <w:sz w:val="20"/>
        </w:rPr>
        <w:t>Absender (Mieter) :</w:t>
      </w:r>
    </w:p>
    <w:p>
      <w:r>
        <w:rPr>
          <w:b w:val="0"/>
          <w:sz w:val="20"/>
        </w:rPr>
        <w:t>Name/Firma : 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__________________________________________________________</w:t>
      </w:r>
    </w:p>
    <w:p/>
    <w:p>
      <w:r>
        <w:rPr>
          <w:b/>
          <w:sz w:val="20"/>
        </w:rPr>
        <w:t>Empfänger (Vermieter) :</w:t>
      </w:r>
    </w:p>
    <w:p>
      <w:r>
        <w:rPr>
          <w:b w:val="0"/>
          <w:sz w:val="20"/>
        </w:rPr>
        <w:t>Name/Firma : 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_______________________________________________________________</w:t>
      </w:r>
    </w:p>
    <w:p/>
    <w:p>
      <w:r>
        <w:rPr>
          <w:b/>
          <w:sz w:val="20"/>
        </w:rPr>
        <w:t>Betreff :</w:t>
      </w:r>
    </w:p>
    <w:p>
      <w:r>
        <w:rPr>
          <w:b/>
          <w:sz w:val="20"/>
        </w:rPr>
        <w:t>Kündigung des Gewerbemietvertrags über die gewerblichen Räume in:</w:t>
      </w:r>
    </w:p>
    <w:p>
      <w:r>
        <w:rPr>
          <w:b w:val="0"/>
          <w:sz w:val="20"/>
        </w:rPr>
        <w:t>______________________________________________________________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kündige ich den mit Ihnen geschlossenen Gewerbemietvertrag fristgerecht zum nächstmöglichen Zeitpunkt. Bitte bestätigen Sie mir den Erhalt dieser Kündigung sowie das Beendigungsdatum des Mietverhältnisses schriftlich.</w:t>
      </w:r>
    </w:p>
    <w:p/>
    <w:p>
      <w:r>
        <w:rPr>
          <w:b w:val="0"/>
          <w:sz w:val="20"/>
        </w:rPr>
        <w:t>Die Rückgabe der Mieträume erfolgt nach Vereinbarung. Bitte setzen Sie sich mit mir zwecks Terminabsprache in Verbindung.</w:t>
      </w:r>
    </w:p>
    <w:p/>
    <w:p>
      <w:r>
        <w:rPr>
          <w:b w:val="0"/>
          <w:sz w:val="20"/>
        </w:rPr>
        <w:t>Ich bitte zudem um eine abschließende Betriebskostenabrechnung und Übersendung aller notwendigen Unterlagen.</w:t>
      </w:r>
    </w:p>
    <w:p/>
    <w:p/>
    <w:p>
      <w:r>
        <w:rPr>
          <w:b w:val="0"/>
          <w:sz w:val="20"/>
        </w:rPr>
        <w:t>Mit freundlichen Grüßen</w:t>
      </w:r>
    </w:p>
    <w:p/>
    <w:p/>
    <w:p/>
    <w:p/>
    <w:p>
      <w:pPr>
        <w:jc w:val="center"/>
      </w:pPr>
      <w:r>
        <w:rPr>
          <w:b w:val="0"/>
          <w:sz w:val="20"/>
        </w:rPr>
        <w:t>______________________________________________________________</w:t>
      </w:r>
    </w:p>
    <w:p>
      <w:pPr>
        <w:jc w:val="center"/>
      </w:pPr>
      <w:r>
        <w:rPr>
          <w:b w:val="0"/>
          <w:sz w:val="20"/>
        </w:rPr>
        <w:t>Unterschrift Mieter</w:t>
      </w:r>
    </w:p>
    <w:p/>
    <w:p/>
    <w:p>
      <w:r>
        <w:rPr>
          <w:b w:val="0"/>
          <w:sz w:val="20"/>
        </w:rPr>
        <w:t>Ort : ____________________________    Datum 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Mieter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Vermieter (Empfangsbestätigung)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https://dokumentklar.com/kundigung-gewerbemietvertrag-durch-mieter/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klar.com/kundigung-gewerbemietvertrag-durch-mieter/" TargetMode="External"/><Relationship Id="rId10" Type="http://schemas.openxmlformats.org/officeDocument/2006/relationships/hyperlink" Target="https://dokument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