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MITGLIEDSCHAFT</w:t>
      </w:r>
    </w:p>
    <w:p/>
    <w:p>
      <w:r>
        <w:rPr>
          <w:b w:val="0"/>
          <w:sz w:val="20"/>
        </w:rPr>
        <w:t>An den Vorstand</w:t>
      </w:r>
    </w:p>
    <w:p>
      <w:r>
        <w:rPr>
          <w:b w:val="0"/>
          <w:sz w:val="20"/>
        </w:rPr>
        <w:t>Fußballverein [Vereinsname]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/>
    <w:p>
      <w:r>
        <w:rPr>
          <w:b w:val="0"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Mitgliedsnummer (falls vorhanden) : ______________________________</w:t>
      </w:r>
    </w:p>
    <w:p/>
    <w:p/>
    <w:p>
      <w:r>
        <w:rPr>
          <w:b/>
          <w:sz w:val="20"/>
        </w:rPr>
        <w:t>Betreff : Kündigung meiner Mitgliedschaft im Fußballverein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Mitgliedschaft im Fußballverein [Vereinsname] fristgerecht und ordentlich zum nächstmöglichen Zeitpunkt.</w:t>
      </w:r>
    </w:p>
    <w:p/>
    <w:p>
      <w:r>
        <w:rPr>
          <w:b w:val="0"/>
          <w:sz w:val="20"/>
        </w:rPr>
        <w:t>Bitte bestätigen Sie mir den Erhalt dieser Kündigung sowie das Datum des Wirksamwerdens schriftlich.</w:t>
      </w:r>
    </w:p>
    <w:p/>
    <w:p>
      <w:r>
        <w:rPr>
          <w:b w:val="0"/>
          <w:sz w:val="20"/>
        </w:rPr>
        <w:t>Ich danke Ihnen für die bisherige Zusammenarbeit und wünsche dem Verein weiterhin viel Erfolg.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p>
      <w:r>
        <w:rPr>
          <w:b w:val="0"/>
          <w:sz w:val="20"/>
        </w:rPr>
        <w:t>Unterschrift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https://dokumentklar.com/kundigung-fusssballverein/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fusssballverei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