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DER FAMILIENVERSICHERUNG FÜR KIND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Empfänger (Name der Krankenkasse) :</w:t>
      </w:r>
    </w:p>
    <w:p>
      <w:r>
        <w:rPr>
          <w:b w:val="0"/>
          <w:sz w:val="20"/>
        </w:rPr>
        <w:t>Name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/>
          <w:sz w:val="20"/>
        </w:rPr>
        <w:t>Kündigung der Familienversicherung für mein Kind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die Familienversicherung für mein Kind bei Ihnen zum nächstmöglichen Zeitpunkt.</w:t>
      </w:r>
    </w:p>
    <w:p>
      <w:r>
        <w:rPr>
          <w:b w:val="0"/>
          <w:sz w:val="20"/>
        </w:rPr>
        <w:t>Bitte bestätigen Sie mir den Erhalt dieser Kündigung sowie das Datum der Beendigung der Versicherung schriftlich.</w:t>
      </w:r>
    </w:p>
    <w:p/>
    <w:p>
      <w:r>
        <w:rPr>
          <w:b/>
          <w:sz w:val="20"/>
        </w:rPr>
        <w:t>Angaben zum Kind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Geburtsdatum : ____________________________________________________</w:t>
      </w:r>
    </w:p>
    <w:p>
      <w:r>
        <w:rPr>
          <w:b w:val="0"/>
          <w:sz w:val="20"/>
        </w:rPr>
        <w:t>Versichertennummer : _______________________________________________</w:t>
      </w:r>
    </w:p>
    <w:p/>
    <w:p>
      <w:r>
        <w:rPr>
          <w:b/>
          <w:sz w:val="20"/>
        </w:rPr>
        <w:t>Versicherungsverhältnis :</w:t>
      </w:r>
    </w:p>
    <w:p>
      <w:r>
        <w:rPr>
          <w:b w:val="0"/>
          <w:sz w:val="20"/>
        </w:rPr>
        <w:t>Versicherung in der Familienversicherung des/der Versicherten :</w:t>
      </w:r>
    </w:p>
    <w:p>
      <w:r>
        <w:rPr>
          <w:b w:val="0"/>
          <w:sz w:val="20"/>
        </w:rPr>
        <w:t>Vor- und Nachname des versicherten Elternteils : _____________________</w:t>
      </w:r>
    </w:p>
    <w:p/>
    <w:p>
      <w:r>
        <w:rPr>
          <w:b w:val="0"/>
          <w:sz w:val="20"/>
        </w:rPr>
        <w:t>Ich bitte um eine schriftliche Bestätigung dieser Kündigung sowie um eine Mitteilung über eventuelle weitere Schritte.</w:t>
      </w:r>
    </w:p>
    <w:p/>
    <w:p/>
    <w:p>
      <w:r>
        <w:rPr>
          <w:b w:val="0"/>
          <w:sz w:val="20"/>
        </w:rPr>
        <w:t>Ort : ____________________________</w:t>
      </w:r>
    </w:p>
    <w:p>
      <w:r>
        <w:rPr>
          <w:b w:val="0"/>
          <w:sz w:val="20"/>
        </w:rPr>
        <w:t>Unterschrift : 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https://dokumentklar.com/kundigung-familienversicherung-kind-muster/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kundigung-familienversicherung-kind-muster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