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KOSTENÜBERNAHMEERKLÄRUNG FÜR RESTAURANT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der erklärenden Person:</w:t>
      </w:r>
    </w:p>
    <w:p>
      <w:r>
        <w:rPr>
          <w:b w:val="0"/>
          <w:sz w:val="20"/>
        </w:rPr>
        <w:t>Vor- und Nachname : 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Angaben zum Restaurant:</w:t>
      </w:r>
    </w:p>
    <w:p>
      <w:r>
        <w:rPr>
          <w:b w:val="0"/>
          <w:sz w:val="20"/>
        </w:rPr>
        <w:t>Name des Restaurants : _________________________________________</w:t>
      </w:r>
    </w:p>
    <w:p>
      <w:r>
        <w:rPr>
          <w:b w:val="0"/>
          <w:sz w:val="20"/>
        </w:rPr>
        <w:t>Adresse des Restaurants : 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Erklärung zur Kostenübernahme:</w:t>
      </w:r>
    </w:p>
    <w:p>
      <w:r>
        <w:rPr>
          <w:b w:val="0"/>
          <w:sz w:val="20"/>
        </w:rPr>
        <w:t>Hiermit erkläre ich, dass ich die Kosten für den Restaurantbesuch am genannten Ort</w:t>
        <w:br/>
        <w:t>vollständig übernehme. Dies umfasst alle Speisen, Getränke und sonstige Leistungen,</w:t>
        <w:br/>
        <w:t>die während des Aufenthalts in dem oben genannten Restaurant entstehen.</w:t>
      </w:r>
    </w:p>
    <w:p/>
    <w:p>
      <w:r>
        <w:rPr>
          <w:b w:val="0"/>
          <w:sz w:val="20"/>
        </w:rPr>
        <w:t>Die Kostenübernahme erfolgt freiwillig und ohne Vorbehalt. Ich bestätige, dass keine</w:t>
        <w:br/>
        <w:t>weiteren Ansprüche gegenüber dem Restaurant oder Dritten bestehen.</w:t>
      </w:r>
    </w:p>
    <w:p/>
    <w:p>
      <w:r>
        <w:rPr>
          <w:b w:val="0"/>
          <w:sz w:val="20"/>
        </w:rPr>
        <w:t>Diese Erklärung dient als Nachweis der Kostenübernahme und kann bei Bedarf als</w:t>
        <w:br/>
        <w:t>Beleg gegenüber Dritten verwendet werden.</w:t>
      </w:r>
    </w:p>
    <w:p/>
    <w:p>
      <w:r>
        <w:rPr>
          <w:b/>
          <w:sz w:val="20"/>
        </w:rPr>
        <w:t>Rechtliche Hinweise:</w:t>
      </w:r>
    </w:p>
    <w:p>
      <w:r>
        <w:rPr>
          <w:b w:val="0"/>
          <w:sz w:val="20"/>
        </w:rPr>
        <w:t>Diese Erklärung ersetzt keine Rechnung oder Quittung des Restaurants. Bei Streitigkeiten</w:t>
        <w:br/>
        <w:t>über die Kostenübernahme gelten die allgemeinen gesetzlichen Bestimmungen der</w:t>
        <w:br/>
        <w:t>Bundesrepublik Deutschland.</w:t>
      </w:r>
    </w:p>
    <w:p/>
    <w:p/>
    <w:p>
      <w:r>
        <w:rPr>
          <w:b w:val="0"/>
          <w:sz w:val="20"/>
        </w:rPr>
        <w:t>Ort : ____________________________</w:t>
      </w:r>
    </w:p>
    <w:p>
      <w:r>
        <w:rPr>
          <w:b w:val="0"/>
          <w:sz w:val="20"/>
        </w:rPr>
        <w:t>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Erklärende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Restaurant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https://dokumentklar.com/kostenubernahmeerklarung-restaurant/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ostenubernahmeerklarung-restaurant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