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MUSTERBRIEF SCHADENSERSATZ BEI INTERNET-Ausfall</w:t>
      </w:r>
    </w:p>
    <w:p/>
    <w:p>
      <w:r>
        <w:rPr>
          <w:b/>
          <w:sz w:val="20"/>
        </w:rPr>
        <w:t>Absender:</w:t>
      </w:r>
    </w:p>
    <w:p>
      <w:r>
        <w:rPr>
          <w:b w:val="0"/>
          <w:sz w:val="20"/>
        </w:rPr>
        <w:t>Name : 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>
      <w:r>
        <w:rPr>
          <w:b w:val="0"/>
          <w:sz w:val="20"/>
        </w:rPr>
        <w:t>Telefonnummer : ________________________________________________</w:t>
      </w:r>
    </w:p>
    <w:p/>
    <w:p>
      <w:r>
        <w:rPr>
          <w:b/>
          <w:sz w:val="20"/>
        </w:rPr>
        <w:t>Empfänger:</w:t>
      </w:r>
    </w:p>
    <w:p>
      <w:r>
        <w:rPr>
          <w:b w:val="0"/>
          <w:sz w:val="20"/>
        </w:rPr>
        <w:t>Name/Firma : _____________________________________________________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/>
    <w:p>
      <w:r>
        <w:rPr>
          <w:b/>
          <w:sz w:val="20"/>
        </w:rPr>
        <w:t>Betreff: Schadensersatz wegen Internetausfall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mache ich Schadensersatzansprüche wegen des Ausfalls meines Internetanschlusses geltend. Der Internetanschluss war vom Anbieter aufgrund von Störungen am Netz oder Wartungsarbeiten für den Zeitraum von _____________________ nicht nutzbar.</w:t>
      </w:r>
    </w:p>
    <w:p/>
    <w:p>
      <w:r>
        <w:rPr>
          <w:b w:val="0"/>
          <w:sz w:val="20"/>
        </w:rPr>
        <w:t>Ich berufe mich dabei auf die gesetzlichen Regelungen des Bürgerlichen Gesetzbuches (§ 280 BGB) sowie auf die vertraglichen Pflichten aus dem zwischen uns bestehenden Vertrag.</w:t>
      </w:r>
    </w:p>
    <w:p/>
    <w:p>
      <w:r>
        <w:rPr>
          <w:b w:val="0"/>
          <w:sz w:val="20"/>
        </w:rPr>
        <w:t>Durch den Internetausfall ist mir ein Schaden in Höhe von __________________ Euro entstanden. Ich fordere Sie daher auf, diesen Betrag bis spätestens 14 Tage nach Erhalt dieses Schreibens zu erstatten.</w:t>
      </w:r>
    </w:p>
    <w:p/>
    <w:p>
      <w:r>
        <w:rPr>
          <w:b w:val="0"/>
          <w:sz w:val="20"/>
        </w:rPr>
        <w:t>Sollte die Zahlung nicht fristgerecht erfolgen, sehe ich mich gezwungen, weitere rechtliche Schritte einzuleiten, um meine Ansprüche durchzusetzen.</w:t>
      </w:r>
    </w:p>
    <w:p/>
    <w:p>
      <w:r>
        <w:rPr>
          <w:b w:val="0"/>
          <w:sz w:val="20"/>
        </w:rPr>
        <w:t>Bitte bestätigen Sie mir schriftlich den Erhalt dieses Schreibens und die Bearbeitung meines Anliegens.</w:t>
      </w:r>
    </w:p>
    <w:p/>
    <w:p/>
    <w:p>
      <w:r>
        <w:rPr>
          <w:b w:val="0"/>
          <w:sz w:val="20"/>
        </w:rPr>
        <w:t>Mit freundlichen Grüßen,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Absender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https://dokumentklar.com/internetausfall-schadensersatz-musterbrief/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klar.com/internetausfall-schadensersatz-musterbrief/" TargetMode="External"/><Relationship Id="rId10" Type="http://schemas.openxmlformats.org/officeDocument/2006/relationships/hyperlink" Target="https://dokument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