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FRISTLOSE KÜNDIGUNG WEGEN UNTERVERMIETUNG</w:t>
      </w:r>
    </w:p>
    <w:p/>
    <w:p/>
    <w:p>
      <w:r>
        <w:rPr>
          <w:b/>
          <w:sz w:val="20"/>
        </w:rPr>
        <w:t>Absender :</w:t>
      </w:r>
    </w:p>
    <w:p>
      <w:r>
        <w:rPr>
          <w:b w:val="0"/>
          <w:sz w:val="20"/>
        </w:rPr>
        <w:t>Name : ________________________________________________</w:t>
      </w:r>
    </w:p>
    <w:p>
      <w:r>
        <w:rPr>
          <w:b w:val="0"/>
          <w:sz w:val="20"/>
        </w:rPr>
        <w:t>Anschrift : _____________________________________________</w:t>
      </w:r>
    </w:p>
    <w:p>
      <w:r>
        <w:rPr>
          <w:b w:val="0"/>
          <w:sz w:val="20"/>
        </w:rPr>
        <w:t>Telefonnummer : ________________________________________</w:t>
      </w:r>
    </w:p>
    <w:p/>
    <w:p>
      <w:r>
        <w:rPr>
          <w:b/>
          <w:sz w:val="20"/>
        </w:rPr>
        <w:t>Empfänger (Mieter) :</w:t>
      </w:r>
    </w:p>
    <w:p>
      <w:r>
        <w:rPr>
          <w:b w:val="0"/>
          <w:sz w:val="20"/>
        </w:rPr>
        <w:t>Name : ________________________________________________</w:t>
      </w:r>
    </w:p>
    <w:p>
      <w:r>
        <w:rPr>
          <w:b w:val="0"/>
          <w:sz w:val="20"/>
        </w:rPr>
        <w:t>Anschrift der Mietwohnung : ___________________________</w:t>
      </w:r>
    </w:p>
    <w:p>
      <w:r>
        <w:rPr>
          <w:b w:val="0"/>
          <w:sz w:val="20"/>
        </w:rPr>
        <w:t>Telefonnummer : ________________________________________</w:t>
      </w:r>
    </w:p>
    <w:p/>
    <w:p/>
    <w:p>
      <w:r>
        <w:rPr>
          <w:b/>
          <w:sz w:val="20"/>
        </w:rPr>
        <w:t>Betreff :</w:t>
      </w:r>
    </w:p>
    <w:p>
      <w:r>
        <w:rPr>
          <w:b w:val="0"/>
          <w:sz w:val="20"/>
        </w:rPr>
        <w:t>Fristlose Kündigung des Mietvertrages wegen unerlaubter Untervermietung</w:t>
      </w:r>
    </w:p>
    <w:p/>
    <w:p/>
    <w:p>
      <w:r>
        <w:rPr>
          <w:b w:val="0"/>
          <w:sz w:val="20"/>
        </w:rPr>
        <w:t>Sehr geehrte Damen und Herren,</w:t>
      </w:r>
    </w:p>
    <w:p/>
    <w:p>
      <w:r>
        <w:rPr>
          <w:b w:val="0"/>
          <w:sz w:val="20"/>
        </w:rPr>
        <w:t>hiermit kündige ich den bestehenden Mietvertrag über die oben genannte Wohnung mit sofortiger Wirkung fristlos, da Sie ohne meine vorherige schriftliche Zustimmung eine Untervermietung vorgenommen haben. Dies stellt einen erheblichen Verstoß gegen den Mietvertrag und meine berechtigten Interessen dar.</w:t>
      </w:r>
    </w:p>
    <w:p/>
    <w:p>
      <w:r>
        <w:rPr>
          <w:b w:val="0"/>
          <w:sz w:val="20"/>
        </w:rPr>
        <w:t>Gemäß § 543 Abs. 1 BGB berechtigt dieser Vertragsverstoß zur fristlosen Kündigung des Mietverhältnisses. Ich fordere Sie daher auf, die Wohnung unverzüglich zu räumen und sämtliche Schlüssel zurückzugeben.</w:t>
      </w:r>
    </w:p>
    <w:p/>
    <w:p>
      <w:r>
        <w:rPr>
          <w:b w:val="0"/>
          <w:sz w:val="20"/>
        </w:rPr>
        <w:t>Bitte beachten Sie, dass ich mir vorbehhalte, Schadensersatzansprüche wegen der unerlaubten Untervermietung geltend zu machen.</w:t>
      </w:r>
    </w:p>
    <w:p/>
    <w:p/>
    <w:p>
      <w:r>
        <w:rPr>
          <w:b w:val="0"/>
          <w:sz w:val="20"/>
        </w:rPr>
        <w:t>Mit freundlichen Grüßen</w:t>
      </w:r>
    </w:p>
    <w:p/>
    <w:p/>
    <w:p/>
    <w:p/>
    <w:p>
      <w:r>
        <w:rPr>
          <w:b w:val="0"/>
          <w:sz w:val="20"/>
        </w:rPr>
        <w:t>_____________________________</w:t>
      </w:r>
    </w:p>
    <w:p>
      <w:r>
        <w:rPr>
          <w:b w:val="0"/>
          <w:sz w:val="20"/>
        </w:rPr>
        <w:t>Unterschrift Vermieter</w:t>
      </w:r>
    </w:p>
    <w:p/>
    <w:p/>
    <w:p>
      <w:r>
        <w:rPr>
          <w:b w:val="0"/>
          <w:sz w:val="20"/>
        </w:rPr>
        <w:t>Ort : ____________________________    Datum : 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Vermieter</w:t>
            </w:r>
          </w:p>
        </w:tc>
        <w:tc>
          <w:tcPr>
            <w:tcW w:type="dxa" w:w="4986"/>
            <w:tcBorders>
              <w:top w:val="nil"/>
              <w:left w:val="nil"/>
              <w:bottom w:val="nil"/>
              <w:right w:val="nil"/>
              <w:insideH w:val="nil"/>
              <w:insideV w:val="nil"/>
            </w:tcBorders>
          </w:tcPr>
          <w:p>
            <w:pPr>
              <w:jc w:val="center"/>
            </w:pPr>
            <w:r>
              <w:t>Mieter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https://dokumentklar.com/fristlose-kundigung-wegen-untervermietung-muster/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https://dokumentklar.com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dokumentklar.com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kumentklar.com/fristlose-kundigung-wegen-untervermietung-muster/" TargetMode="External"/><Relationship Id="rId10" Type="http://schemas.openxmlformats.org/officeDocument/2006/relationships/hyperlink" Target="https://dokument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