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FRISTLOSE KÜNDIGUNG DES BETREUUNGSVERTRAGES</w:t>
      </w:r>
    </w:p>
    <w:p/>
    <w:p>
      <w:r>
        <w:rPr>
          <w:b/>
          <w:sz w:val="20"/>
        </w:rPr>
        <w:t>Betreuer :</w:t>
      </w:r>
    </w:p>
    <w:p>
      <w:r>
        <w:rPr>
          <w:b w:val="0"/>
          <w:sz w:val="20"/>
        </w:rPr>
        <w:t>Name : ________________________________________________________________</w:t>
      </w:r>
    </w:p>
    <w:p>
      <w:r>
        <w:rPr>
          <w:b w:val="0"/>
          <w:sz w:val="20"/>
        </w:rPr>
        <w:t>Anschrift : ____________________________________________________________</w:t>
      </w:r>
    </w:p>
    <w:p>
      <w:r>
        <w:rPr>
          <w:b w:val="0"/>
          <w:sz w:val="20"/>
        </w:rPr>
        <w:t>Telefonnummer : _______________________________________________________</w:t>
      </w:r>
    </w:p>
    <w:p/>
    <w:p>
      <w:r>
        <w:rPr>
          <w:b/>
          <w:sz w:val="20"/>
        </w:rPr>
        <w:t>Betreuter :</w:t>
      </w:r>
    </w:p>
    <w:p>
      <w:r>
        <w:rPr>
          <w:b w:val="0"/>
          <w:sz w:val="20"/>
        </w:rPr>
        <w:t>Name : ________________________________________________________________</w:t>
      </w:r>
    </w:p>
    <w:p>
      <w:r>
        <w:rPr>
          <w:b w:val="0"/>
          <w:sz w:val="20"/>
        </w:rPr>
        <w:t>Anschrift : ____________________________________________________________</w:t>
      </w:r>
    </w:p>
    <w:p>
      <w:r>
        <w:rPr>
          <w:b w:val="0"/>
          <w:sz w:val="20"/>
        </w:rPr>
        <w:t>Telefonnummer : _______________________________________________________</w:t>
      </w:r>
    </w:p>
    <w:p/>
    <w:p>
      <w:r>
        <w:rPr>
          <w:b w:val="0"/>
          <w:sz w:val="20"/>
        </w:rPr>
        <w:t>Sehr geehrte Damen und Herren,</w:t>
      </w:r>
    </w:p>
    <w:p/>
    <w:p>
      <w:r>
        <w:rPr>
          <w:b w:val="0"/>
          <w:sz w:val="20"/>
        </w:rPr>
        <w:t>hiermit kündige ich den zwischen uns bestehenden Betreuungsvertrag fristlos aus wichtigem Grund. Die sofortige Beendigung des Vertragsverhältnisses erfolgt, ohne dass eine Kündigungsfrist einzuhalten ist.</w:t>
      </w:r>
    </w:p>
    <w:p/>
    <w:p>
      <w:r>
        <w:rPr>
          <w:b/>
          <w:sz w:val="20"/>
        </w:rPr>
        <w:t>Begründung der fristlosen Kündigung :</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val="0"/>
          <w:sz w:val="20"/>
        </w:rPr>
        <w:t>Ich weise darauf hin, dass die fristlose Kündigung auf den Umständen beruht, die die Fortsetzung des Betreuungsvertrages unzumutbar machen. Die gesetzlichen Voraussetzungen für eine außerordentliche Kündigung nach §§ 626 BGB liegen vor.</w:t>
      </w:r>
    </w:p>
    <w:p/>
    <w:p>
      <w:r>
        <w:rPr>
          <w:b w:val="0"/>
          <w:sz w:val="20"/>
        </w:rPr>
        <w:t>Bitte bestätigen Sie mir den Erhalt dieser Kündigung sowie das Vertragsende schriftlich.</w:t>
      </w:r>
    </w:p>
    <w:p/>
    <w:p/>
    <w:p>
      <w:r>
        <w:rPr>
          <w:b w:val="0"/>
          <w:sz w:val="20"/>
        </w:rPr>
        <w:t>Mit freundlichen Grüßen,</w:t>
      </w:r>
    </w:p>
    <w:p/>
    <w:p/>
    <w:p/>
    <w:p>
      <w:pPr>
        <w:jc w:val="center"/>
      </w:pPr>
      <w:r>
        <w:rPr>
          <w:b w:val="0"/>
          <w:sz w:val="20"/>
        </w:rPr>
        <w:t>_______________________________</w:t>
      </w:r>
    </w:p>
    <w:p>
      <w:pPr>
        <w:jc w:val="center"/>
      </w:pPr>
      <w:r>
        <w:rPr>
          <w:b w:val="0"/>
          <w:sz w:val="20"/>
        </w:rPr>
        <w:t>Unterschrift</w:t>
      </w:r>
    </w:p>
    <w:p/>
    <w:p/>
    <w:p>
      <w:r>
        <w:rPr>
          <w:b w:val="0"/>
          <w:sz w:val="20"/>
        </w:rPr>
        <w:t>Ort : ____________________________    Datum : 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Betreuer</w:t>
            </w:r>
          </w:p>
        </w:tc>
        <w:tc>
          <w:tcPr>
            <w:tcW w:type="dxa" w:w="4986"/>
            <w:tcBorders>
              <w:top w:val="nil"/>
              <w:left w:val="nil"/>
              <w:bottom w:val="nil"/>
              <w:right w:val="nil"/>
              <w:insideH w:val="nil"/>
              <w:insideV w:val="nil"/>
            </w:tcBorders>
          </w:tcPr>
          <w:p>
            <w:pPr>
              <w:jc w:val="center"/>
            </w:pPr>
            <w:r>
              <w:t>Betreuter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https://dokumentklar.com/fristlose-kundigung-betreuungsvertrag-muster/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klar.com/fristlose-kundigung-betreuungsvertrag-muster/" TargetMode="External"/><Relationship Id="rId10" Type="http://schemas.openxmlformats.org/officeDocument/2006/relationships/hyperlink" Target="https://dokument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