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WIDERSPRUCH GEGEN BESCHIED REHABILITATION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Versicherungsnummer : ____________________________________</w:t>
      </w:r>
    </w:p>
    <w:p>
      <w:r>
        <w:rPr>
          <w:b w:val="0"/>
          <w:sz w:val="20"/>
        </w:rPr>
        <w:t>Telefonnummer : 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Krankenkasse / Rentenversicherung : _______________</w:t>
      </w:r>
    </w:p>
    <w:p>
      <w:r>
        <w:rPr>
          <w:b w:val="0"/>
          <w:sz w:val="20"/>
        </w:rPr>
        <w:t>Anschrift : 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Widerspruch gegen den Bescheid zur Rehabilitation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fristgerecht Widerspruch gegen Ihren Bescheid vom _______________ ein.</w:t>
      </w:r>
    </w:p>
    <w:p/>
    <w:p>
      <w:r>
        <w:rPr>
          <w:b/>
          <w:sz w:val="20"/>
        </w:rPr>
        <w:t>Begründung :</w:t>
      </w:r>
    </w:p>
    <w:p>
      <w:r>
        <w:rPr>
          <w:b w:val="0"/>
          <w:sz w:val="20"/>
        </w:rPr>
        <w:t>Ich bin mit der Entscheidung nicht einverstanden, weil:</w:t>
      </w:r>
    </w:p>
    <w:p>
      <w:r>
        <w:rPr>
          <w:b w:val="0"/>
          <w:sz w:val="20"/>
        </w:rPr>
        <w:t>- die medizinischen Voraussetzungen meiner Ansicht nach vorliegen,</w:t>
      </w:r>
    </w:p>
    <w:p>
      <w:r>
        <w:rPr>
          <w:b w:val="0"/>
          <w:sz w:val="20"/>
        </w:rPr>
        <w:t>- die Ablehnung nicht nachvollziehbar ist,</w:t>
      </w:r>
    </w:p>
    <w:p>
      <w:r>
        <w:rPr>
          <w:b w:val="0"/>
          <w:sz w:val="20"/>
        </w:rPr>
        <w:t>- weitere ärztliche Befunde vorliegen, die nicht berücksichtigt wurden,</w:t>
      </w:r>
    </w:p>
    <w:p>
      <w:r>
        <w:rPr>
          <w:b w:val="0"/>
          <w:sz w:val="20"/>
        </w:rPr>
        <w:t>- bzw. andere Gründe: ________________________________________________</w:t>
      </w:r>
    </w:p>
    <w:p/>
    <w:p>
      <w:r>
        <w:rPr>
          <w:b w:val="0"/>
          <w:sz w:val="20"/>
        </w:rPr>
        <w:t>Ich bitte um erneute Prüfung meines Antrags und um schriftliche Bestätigung des Eingangs dieses Widerspruchs.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https://dokumentklar.com/formloser-widerspruch-reha-muster/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formloser-widerspruch-reha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