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FORDERUNGSSCHREIBEN</w:t>
      </w:r>
    </w:p>
    <w:p/>
    <w:p/>
    <w:p>
      <w:r>
        <w:rPr>
          <w:b/>
          <w:sz w:val="20"/>
        </w:rPr>
        <w:t>Absender:</w:t>
      </w:r>
    </w:p>
    <w:p>
      <w:r>
        <w:rPr>
          <w:b w:val="0"/>
          <w:sz w:val="20"/>
        </w:rPr>
        <w:t>Name / Firma : ________________________________________________</w:t>
      </w:r>
    </w:p>
    <w:p>
      <w:r>
        <w:rPr>
          <w:b w:val="0"/>
          <w:sz w:val="20"/>
        </w:rPr>
        <w:t>Anschrift    : ________________________________________________</w:t>
      </w:r>
    </w:p>
    <w:p>
      <w:r>
        <w:rPr>
          <w:b w:val="0"/>
          <w:sz w:val="20"/>
        </w:rPr>
        <w:t>Telefon      : ________________________________________________</w:t>
      </w:r>
    </w:p>
    <w:p>
      <w:r>
        <w:rPr>
          <w:b w:val="0"/>
          <w:sz w:val="20"/>
        </w:rPr>
        <w:t>E-Mail       : ________________________________________________</w:t>
      </w:r>
    </w:p>
    <w:p/>
    <w:p>
      <w:r>
        <w:rPr>
          <w:b/>
          <w:sz w:val="20"/>
        </w:rPr>
        <w:t>Empfänger:</w:t>
      </w:r>
    </w:p>
    <w:p>
      <w:r>
        <w:rPr>
          <w:b w:val="0"/>
          <w:sz w:val="20"/>
        </w:rPr>
        <w:t>Name / Firma : ________________________________________________</w:t>
      </w:r>
    </w:p>
    <w:p>
      <w:r>
        <w:rPr>
          <w:b w:val="0"/>
          <w:sz w:val="20"/>
        </w:rPr>
        <w:t>Anschrift    : ________________________________________________</w:t>
      </w:r>
    </w:p>
    <w:p/>
    <w:p>
      <w:r>
        <w:rPr>
          <w:b/>
          <w:sz w:val="20"/>
        </w:rPr>
        <w:t>Betreff:</w:t>
      </w:r>
    </w:p>
    <w:p>
      <w:r>
        <w:rPr>
          <w:b w:val="0"/>
          <w:sz w:val="20"/>
        </w:rPr>
        <w:t>Forderung ausstehender Zahlung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fordere ich Sie auf, den ausstehenden Betrag in Höhe von ____________________________ EUR unverzüglich, spätestens jedoch binnen 14 Tagen nach Erhalt dieses Schreibens, zu zahlen. Die Zahlung erfolgt auf das folgende Konto:</w:t>
      </w:r>
    </w:p>
    <w:p/>
    <w:p>
      <w:r>
        <w:rPr>
          <w:b w:val="0"/>
          <w:sz w:val="20"/>
        </w:rPr>
        <w:t>Kontoinhaber : ________________________________________________</w:t>
      </w:r>
    </w:p>
    <w:p>
      <w:r>
        <w:rPr>
          <w:b w:val="0"/>
          <w:sz w:val="20"/>
        </w:rPr>
        <w:t>IBAN        : ________________________________________________</w:t>
      </w:r>
    </w:p>
    <w:p>
      <w:r>
        <w:rPr>
          <w:b w:val="0"/>
          <w:sz w:val="20"/>
        </w:rPr>
        <w:t>BIC         : ________________________________________________</w:t>
      </w:r>
    </w:p>
    <w:p/>
    <w:p>
      <w:r>
        <w:rPr>
          <w:b w:val="0"/>
          <w:sz w:val="20"/>
        </w:rPr>
        <w:t>Sollte die Zahlung nicht fristgerecht erfolgen, behalte ich mir vor, Verzugszinsen in gesetzlicher Höhe sowie Mahnkosten geltend zu machen.</w:t>
      </w:r>
    </w:p>
    <w:p/>
    <w:p>
      <w:r>
        <w:rPr>
          <w:b/>
          <w:sz w:val="20"/>
        </w:rPr>
        <w:t>Rechtliche Hinweise:</w:t>
      </w:r>
    </w:p>
    <w:p>
      <w:r>
        <w:rPr>
          <w:b w:val="0"/>
          <w:sz w:val="20"/>
        </w:rPr>
        <w:t>Mit diesem Schreiben setze ich Sie ausdrücklich in Verzug. Bitte beachten Sie, dass bei ausbleibender Zahlung weitere rechtliche Schritte eingeleitet werden können.</w:t>
      </w:r>
    </w:p>
    <w:p/>
    <w:p/>
    <w:p>
      <w:r>
        <w:rPr>
          <w:b w:val="0"/>
          <w:sz w:val="20"/>
        </w:rPr>
        <w:t>Ort : ______________________________________       Datum : 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Absender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Empfänger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https://dokumentklar.com/forderungsschreiben/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klar.com/forderungsschreiben/" TargetMode="External"/><Relationship Id="rId10" Type="http://schemas.openxmlformats.org/officeDocument/2006/relationships/hyperlink" Target="https://dokument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