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FERNWÄRMEVERTRAGS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/ Firma : ___________________________________________</w:t>
      </w:r>
    </w:p>
    <w:p>
      <w:r>
        <w:rPr>
          <w:b w:val="0"/>
          <w:sz w:val="20"/>
        </w:rPr>
        <w:t>Straße, Hausnummer : _________________________________________________</w:t>
      </w:r>
    </w:p>
    <w:p>
      <w:r>
        <w:rPr>
          <w:b w:val="0"/>
          <w:sz w:val="20"/>
        </w:rPr>
        <w:t>PLZ, Ort : ___________________________________________________________</w:t>
      </w:r>
    </w:p>
    <w:p>
      <w:r>
        <w:rPr>
          <w:b w:val="0"/>
          <w:sz w:val="20"/>
        </w:rPr>
        <w:t>Kundennummer (falls vorhanden) : 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Fernwärmeanbieter / Versorger : _________________________________________</w:t>
      </w:r>
    </w:p>
    <w:p>
      <w:r>
        <w:rPr>
          <w:b w:val="0"/>
          <w:sz w:val="20"/>
        </w:rPr>
        <w:t>Straße, Hausnummer : _________________________________________________</w:t>
      </w:r>
    </w:p>
    <w:p>
      <w:r>
        <w:rPr>
          <w:b w:val="0"/>
          <w:sz w:val="20"/>
        </w:rPr>
        <w:t>PLZ, Ort : 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Kündigung meines Fernwärmevertrags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Fernwärmevertrag mit der Kundennummer ________________________________ zum nächstmöglichen Zeitpunkt.</w:t>
      </w:r>
    </w:p>
    <w:p/>
    <w:p>
      <w:r>
        <w:rPr>
          <w:b w:val="0"/>
          <w:sz w:val="20"/>
        </w:rPr>
        <w:t>Bitte bestätigen Sie mir schriftlich den Erhalt dieser Kündigung sowie das Vertragsende.</w:t>
      </w:r>
    </w:p>
    <w:p/>
    <w:p>
      <w:r>
        <w:rPr>
          <w:b w:val="0"/>
          <w:sz w:val="20"/>
        </w:rPr>
        <w:t>Sofern erforderlich, teilen Sie mir bitte mit, wann und wie die Rückgabe der Messgeräte oder Zähler erfolgt.</w:t>
      </w:r>
    </w:p>
    <w:p/>
    <w:p>
      <w:r>
        <w:rPr>
          <w:b w:val="0"/>
          <w:sz w:val="20"/>
        </w:rPr>
        <w:t>Bitte senden Sie mir außerdem eine Abschlussrechnung zu.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https://dokumentklar.com/fernwarme-kundigen-vorlage/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fernwarme-kundigen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